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3118"/>
        <w:gridCol w:w="3118"/>
        <w:gridCol w:w="3118"/>
      </w:tblGrid>
      <w:tr>
        <w:trPr>
          <w:trHeight w:val="1417" w:hRule="exact"/>
        </w:trPr>
        <w:tc>
          <w:tcPr>
            <w:tcW w:type="dxa" w:w="4819"/>
          </w:tcPr>
          <w:p/>
        </w:tc>
        <w:tc>
          <w:tcPr>
            <w:tcW w:type="dxa" w:w="4535"/>
            <w:gridSpan w:val="2"/>
          </w:tcPr>
          <w:p>
            <w:pPr>
              <w:jc w:val="right"/>
            </w:pPr>
            <w:r>
              <w:rPr>
                <w:b/>
                <w:color w:val="1C1917"/>
                <w:sz w:val="26"/>
                <w:highlight w:val="lightGray"/>
              </w:rPr>
              <w:t>[Studioname]</w:t>
            </w:r>
          </w:p>
          <w:p>
            <w:pPr>
              <w:spacing w:before="23"/>
              <w:jc w:val="right"/>
            </w:pPr>
            <w:r>
              <w:rPr>
                <w:b w:val="0"/>
                <w:color w:val="1C1917"/>
                <w:sz w:val="18"/>
                <w:highlight w:val="lightGray"/>
              </w:rPr>
              <w:t>[Bereich, z. B. Hochzeitsfotografie]</w:t>
            </w:r>
            <w:r>
              <w:rPr>
                <w:b w:val="0"/>
                <w:color w:val="1C1917"/>
                <w:sz w:val="18"/>
              </w:rPr>
              <w:t xml:space="preserve"> · </w:t>
            </w:r>
            <w:r>
              <w:rPr>
                <w:b w:val="0"/>
                <w:color w:val="1C1917"/>
                <w:sz w:val="18"/>
                <w:highlight w:val="lightGray"/>
              </w:rPr>
              <w:t>[Vor- und Nachname]</w:t>
            </w:r>
          </w:p>
          <w:p>
            <w:pPr>
              <w:spacing w:before="23"/>
              <w:jc w:val="right"/>
            </w:pPr>
            <w:r>
              <w:rPr>
                <w:b w:val="0"/>
                <w:color w:val="1C1917"/>
                <w:sz w:val="18"/>
                <w:highlight w:val="lightGray"/>
              </w:rPr>
              <w:t>[Straße Nr.]</w:t>
            </w:r>
            <w:r>
              <w:rPr>
                <w:b w:val="0"/>
                <w:color w:val="1C1917"/>
                <w:sz w:val="18"/>
              </w:rPr>
              <w:t xml:space="preserve">, </w:t>
            </w:r>
            <w:r>
              <w:rPr>
                <w:b w:val="0"/>
                <w:color w:val="1C1917"/>
                <w:sz w:val="18"/>
                <w:highlight w:val="lightGray"/>
              </w:rPr>
              <w:t>[PLZ Ort]</w:t>
            </w:r>
          </w:p>
          <w:p>
            <w:pPr>
              <w:spacing w:before="23"/>
              <w:jc w:val="right"/>
            </w:pPr>
            <w:r>
              <w:rPr>
                <w:b w:val="0"/>
                <w:color w:val="1C1917"/>
                <w:sz w:val="18"/>
                <w:highlight w:val="lightGray"/>
              </w:rPr>
              <w:t>[E-Mail]</w:t>
            </w:r>
            <w:r>
              <w:rPr>
                <w:b w:val="0"/>
                <w:color w:val="1C1917"/>
                <w:sz w:val="18"/>
              </w:rPr>
              <w:t xml:space="preserve"> · </w:t>
            </w:r>
            <w:r>
              <w:rPr>
                <w:b w:val="0"/>
                <w:color w:val="1C1917"/>
                <w:sz w:val="18"/>
                <w:highlight w:val="lightGray"/>
              </w:rPr>
              <w:t>[Telefon]</w:t>
            </w:r>
          </w:p>
        </w:tc>
      </w:tr>
      <w:tr>
        <w:trPr>
          <w:trHeight w:val="2551" w:hRule="exact"/>
        </w:trPr>
        <w:tc>
          <w:tcPr>
            <w:tcW w:type="dxa" w:w="4819"/>
          </w:tcPr>
          <w:p>
            <w:pPr>
              <w:spacing w:before="283"/>
            </w:pPr>
            <w:r>
              <w:rPr>
                <w:b w:val="0"/>
                <w:color w:val="78716C"/>
                <w:sz w:val="14"/>
                <w:highlight w:val="lightGray"/>
                <w:u w:val="single"/>
              </w:rPr>
              <w:t>[Studioname]</w:t>
            </w:r>
            <w:r>
              <w:rPr>
                <w:b w:val="0"/>
                <w:color w:val="78716C"/>
                <w:sz w:val="14"/>
                <w:u w:val="single"/>
              </w:rPr>
              <w:t xml:space="preserve"> · </w:t>
            </w:r>
            <w:r>
              <w:rPr>
                <w:b w:val="0"/>
                <w:color w:val="78716C"/>
                <w:sz w:val="14"/>
                <w:highlight w:val="lightGray"/>
                <w:u w:val="single"/>
              </w:rPr>
              <w:t>[Straße Nr.]</w:t>
            </w:r>
            <w:r>
              <w:rPr>
                <w:b w:val="0"/>
                <w:color w:val="78716C"/>
                <w:sz w:val="14"/>
                <w:u w:val="single"/>
              </w:rPr>
              <w:t xml:space="preserve"> · </w:t>
            </w:r>
            <w:r>
              <w:rPr>
                <w:b w:val="0"/>
                <w:color w:val="78716C"/>
                <w:sz w:val="14"/>
                <w:highlight w:val="lightGray"/>
                <w:u w:val="single"/>
              </w:rPr>
              <w:t>[PLZ Ort]</w:t>
            </w:r>
          </w:p>
          <w:p>
            <w:pPr>
              <w:spacing w:before="510"/>
            </w:pPr>
            <w:r>
              <w:rPr>
                <w:b w:val="0"/>
                <w:color w:val="1C1917"/>
                <w:sz w:val="20"/>
                <w:highlight w:val="lightGray"/>
              </w:rPr>
              <w:t>[Namen des Paares]</w:t>
            </w:r>
          </w:p>
          <w:p>
            <w:pPr>
              <w:spacing w:before="34"/>
            </w:pPr>
            <w:r>
              <w:rPr>
                <w:b w:val="0"/>
                <w:color w:val="1C1917"/>
                <w:sz w:val="20"/>
                <w:highlight w:val="lightGray"/>
              </w:rPr>
              <w:t>[Straße Nr.]</w:t>
            </w:r>
          </w:p>
          <w:p>
            <w:pPr>
              <w:spacing w:before="34"/>
            </w:pPr>
            <w:r>
              <w:rPr>
                <w:b w:val="0"/>
                <w:color w:val="1C1917"/>
                <w:sz w:val="20"/>
                <w:highlight w:val="lightGray"/>
              </w:rPr>
              <w:t>[PLZ Ort]</w:t>
            </w:r>
          </w:p>
        </w:tc>
        <w:tc>
          <w:tcPr>
            <w:tcW w:type="dxa" w:w="850"/>
          </w:tcPr>
          <w:p/>
        </w:tc>
        <w:tc>
          <w:tcPr>
            <w:tcW w:type="dxa" w:w="3685"/>
          </w:tcPr>
          <w:p>
            <w:pPr>
              <w:spacing w:before="283"/>
            </w:pPr>
            <w:r>
              <w:rPr>
                <w:b w:val="0"/>
                <w:color w:val="78716C"/>
                <w:sz w:val="15"/>
              </w:rPr>
              <w:t>Datum</w:t>
            </w:r>
          </w:p>
          <w:p>
            <w:pPr>
              <w:spacing w:before="0"/>
            </w:pPr>
            <w:r>
              <w:rPr>
                <w:b w:val="0"/>
                <w:color w:val="1C1917"/>
                <w:sz w:val="18"/>
                <w:highlight w:val="lightGray"/>
              </w:rPr>
              <w:t>[TT.MM.JJJJ]</w:t>
            </w:r>
          </w:p>
          <w:p>
            <w:pPr>
              <w:spacing w:before="91"/>
            </w:pPr>
            <w:r>
              <w:rPr>
                <w:b w:val="0"/>
                <w:color w:val="78716C"/>
                <w:sz w:val="15"/>
              </w:rPr>
              <w:t>Rechnungsnummer</w:t>
            </w:r>
          </w:p>
          <w:p>
            <w:pPr>
              <w:spacing w:before="0"/>
            </w:pPr>
            <w:r>
              <w:rPr>
                <w:b w:val="0"/>
                <w:color w:val="1C1917"/>
                <w:sz w:val="18"/>
                <w:highlight w:val="lightGray"/>
              </w:rPr>
              <w:t>[Nr.]</w:t>
            </w:r>
          </w:p>
          <w:p>
            <w:pPr>
              <w:spacing w:before="91"/>
            </w:pPr>
            <w:r>
              <w:rPr>
                <w:b w:val="0"/>
                <w:color w:val="78716C"/>
                <w:sz w:val="15"/>
              </w:rPr>
              <w:t>Rechnungsdatum</w:t>
            </w:r>
          </w:p>
          <w:p>
            <w:pPr>
              <w:spacing w:before="0"/>
            </w:pPr>
            <w:r>
              <w:rPr>
                <w:b w:val="0"/>
                <w:color w:val="1C1917"/>
                <w:sz w:val="18"/>
                <w:highlight w:val="lightGray"/>
              </w:rPr>
              <w:t>[TT.MM.JJJJ]</w:t>
            </w:r>
          </w:p>
          <w:p>
            <w:pPr>
              <w:spacing w:before="91"/>
            </w:pPr>
            <w:r>
              <w:rPr>
                <w:b w:val="0"/>
                <w:color w:val="78716C"/>
                <w:sz w:val="15"/>
              </w:rPr>
              <w:t>fällig seit</w:t>
            </w:r>
          </w:p>
          <w:p>
            <w:pPr>
              <w:spacing w:before="0"/>
            </w:pPr>
            <w:r>
              <w:rPr>
                <w:b w:val="0"/>
                <w:color w:val="1C1917"/>
                <w:sz w:val="18"/>
                <w:highlight w:val="lightGray"/>
              </w:rPr>
              <w:t>[TT.MM.JJJJ]</w:t>
            </w:r>
          </w:p>
        </w:tc>
      </w:tr>
    </w:tbl>
    <w:p>
      <w:pPr>
        <w:spacing w:before="340" w:after="85"/>
      </w:pPr>
      <w:r>
        <w:rPr>
          <w:b/>
          <w:color w:val="1C1917"/>
          <w:sz w:val="32"/>
        </w:rPr>
        <w:t>Zahlungserinnerung</w:t>
      </w:r>
    </w:p>
    <w:p>
      <w:pPr>
        <w:spacing w:before="0" w:after="113"/>
      </w:pPr>
      <w:r>
        <w:rPr>
          <w:b w:val="0"/>
          <w:color w:val="78716C"/>
          <w:sz w:val="22"/>
        </w:rPr>
        <w:t xml:space="preserve">Rechnung </w:t>
      </w:r>
      <w:r>
        <w:rPr>
          <w:b w:val="0"/>
          <w:color w:val="78716C"/>
          <w:sz w:val="22"/>
          <w:highlight w:val="lightGray"/>
        </w:rPr>
        <w:t>[Nr.]</w:t>
      </w:r>
    </w:p>
    <w:p>
      <w:pPr>
        <w:spacing w:before="0" w:after="113"/>
      </w:pPr>
      <w:r>
        <w:rPr>
          <w:b w:val="0"/>
          <w:color w:val="78716C"/>
          <w:sz w:val="18"/>
          <w:highlight w:val="lightGray"/>
        </w:rPr>
        <w:t>Vor dem Versand löschen: Unverbindliche Vorlage, Stand 24.10.2026. Ohne Gewähr für Vollständigkeit, Richtigkeit und Aktualität. Ersetzt keine Rechts- oder Steuerberatung – prüfe sie vor der Verwendung für deinen Fall.</w:t>
      </w:r>
    </w:p>
    <w:p>
      <w:pPr>
        <w:spacing w:before="113" w:after="113"/>
      </w:pPr>
      <w:r>
        <w:rPr>
          <w:b w:val="0"/>
          <w:color w:val="1C1917"/>
          <w:sz w:val="20"/>
          <w:highlight w:val="lightGray"/>
        </w:rPr>
        <w:t>[Anrede, z. B. Liebe Lena, lieber Paul,]</w:t>
      </w:r>
    </w:p>
    <w:p>
      <w:pPr>
        <w:spacing w:before="0" w:after="113"/>
      </w:pPr>
      <w:r>
        <w:rPr>
          <w:b w:val="0"/>
          <w:color w:val="1C1917"/>
          <w:sz w:val="20"/>
        </w:rPr>
        <w:t xml:space="preserve">ich hoffe, ihr habt euch von der Hochzeit gut erholt. Die Rechnung </w:t>
      </w:r>
      <w:commentRangeStart w:id="0"/>
      <w:r>
        <w:rPr>
          <w:b w:val="0"/>
          <w:color w:val="1C1917"/>
          <w:sz w:val="20"/>
          <w:highlight w:val="lightGray"/>
        </w:rPr>
        <w:t>[Nr.]</w:t>
      </w:r>
      <w:commentRangeEnd w:id="0"/>
      <w:r>
        <w:rPr>
          <w:rStyle w:val="CommentReference"/>
        </w:rPr>
        <w:commentReference w:id="0"/>
      </w:r>
      <w:r>
        <w:rPr>
          <w:b w:val="0"/>
          <w:color w:val="1C1917"/>
          <w:sz w:val="20"/>
        </w:rPr>
        <w:t xml:space="preserve"> über </w:t>
      </w:r>
      <w:r>
        <w:rPr>
          <w:b w:val="0"/>
          <w:color w:val="1C1917"/>
          <w:sz w:val="20"/>
          <w:highlight w:val="lightGray"/>
        </w:rPr>
        <w:t>[Betrag]</w:t>
      </w:r>
      <w:r>
        <w:rPr>
          <w:b w:val="0"/>
          <w:color w:val="1C1917"/>
          <w:sz w:val="20"/>
        </w:rPr>
        <w:t xml:space="preserve"> ist bei mir noch offen. Fällig war sie am </w:t>
      </w:r>
      <w:r>
        <w:rPr>
          <w:b w:val="0"/>
          <w:color w:val="1C1917"/>
          <w:sz w:val="20"/>
          <w:highlight w:val="lightGray"/>
        </w:rPr>
        <w:t>[TT.MM.JJJJ]</w:t>
      </w:r>
      <w:r>
        <w:rPr>
          <w:b w:val="0"/>
          <w:color w:val="1C1917"/>
          <w:sz w:val="20"/>
        </w:rPr>
        <w:t>, vermutlich ist sie im Trubel nach der Hochzeit untergegangen.</w:t>
      </w:r>
    </w:p>
    <w:p>
      <w:pPr>
        <w:spacing w:before="0" w:after="113"/>
      </w:pPr>
      <w:r>
        <w:rPr>
          <w:b w:val="0"/>
          <w:color w:val="1C1917"/>
          <w:sz w:val="20"/>
        </w:rPr>
        <w:t xml:space="preserve">Bitte überweist den Betrag bis zum </w:t>
      </w:r>
      <w:r>
        <w:rPr>
          <w:b w:val="0"/>
          <w:color w:val="1C1917"/>
          <w:sz w:val="20"/>
          <w:highlight w:val="lightGray"/>
        </w:rPr>
        <w:t>[TT.MM.JJJJ]</w:t>
      </w:r>
      <w:r>
        <w:rPr>
          <w:b w:val="0"/>
          <w:color w:val="1C1917"/>
          <w:sz w:val="20"/>
        </w:rPr>
        <w:t xml:space="preserve"> auf das unten genannte Konto. Die Rechnung hänge ich euch noch einmal an.</w:t>
      </w:r>
    </w:p>
    <w:p>
      <w:pPr>
        <w:spacing w:before="0" w:after="113"/>
      </w:pPr>
      <w:r>
        <w:rPr>
          <w:b w:val="0"/>
          <w:color w:val="1C1917"/>
          <w:sz w:val="20"/>
        </w:rPr>
        <w:t>Falls ihr schon gezahlt habt, betrachtet diesen Brief als erledigt und gebt mir kurz Bescheid.</w:t>
      </w:r>
    </w:p>
    <w:p>
      <w:pPr>
        <w:spacing w:before="57" w:after="0"/>
      </w:pP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2551"/>
        <w:gridCol w:w="6803"/>
      </w:tblGrid>
      <w:tr>
        <w:trPr>
          <w:cantSplit/>
        </w:trPr>
        <w:tc>
          <w:tcPr>
            <w:tcW w:type="dxa" w:w="2551"/>
          </w:tcPr>
          <w:p>
            <w:r>
              <w:rPr>
                <w:b w:val="0"/>
                <w:color w:val="1C1917"/>
                <w:sz w:val="18"/>
              </w:rPr>
              <w:t>Offener Betrag</w:t>
            </w:r>
          </w:p>
        </w:tc>
        <w:tc>
          <w:tcPr>
            <w:tcW w:type="dxa" w:w="6803"/>
          </w:tcPr>
          <w:p>
            <w:r>
              <w:rPr>
                <w:b w:val="0"/>
                <w:color w:val="1C1917"/>
                <w:sz w:val="18"/>
                <w:highlight w:val="lightGray"/>
              </w:rPr>
              <w:t>[Betrag]</w:t>
            </w:r>
          </w:p>
        </w:tc>
      </w:tr>
      <w:tr>
        <w:trPr>
          <w:cantSplit/>
        </w:trPr>
        <w:tc>
          <w:tcPr>
            <w:tcW w:type="dxa" w:w="2551"/>
          </w:tcPr>
          <w:p>
            <w:r>
              <w:rPr>
                <w:b w:val="0"/>
                <w:color w:val="1C1917"/>
                <w:sz w:val="18"/>
              </w:rPr>
              <w:t>Kontoinhaberin</w:t>
            </w:r>
          </w:p>
        </w:tc>
        <w:tc>
          <w:tcPr>
            <w:tcW w:type="dxa" w:w="6803"/>
          </w:tcPr>
          <w:p>
            <w:r>
              <w:rPr>
                <w:b w:val="0"/>
                <w:color w:val="1C1917"/>
                <w:sz w:val="18"/>
                <w:highlight w:val="lightGray"/>
              </w:rPr>
              <w:t>[Vor- und Nachname]</w:t>
            </w:r>
          </w:p>
        </w:tc>
      </w:tr>
      <w:tr>
        <w:trPr>
          <w:cantSplit/>
        </w:trPr>
        <w:tc>
          <w:tcPr>
            <w:tcW w:type="dxa" w:w="2551"/>
          </w:tcPr>
          <w:p>
            <w:r>
              <w:rPr>
                <w:b w:val="0"/>
                <w:color w:val="1C1917"/>
                <w:sz w:val="18"/>
              </w:rPr>
              <w:t>IBAN</w:t>
            </w:r>
          </w:p>
        </w:tc>
        <w:tc>
          <w:tcPr>
            <w:tcW w:type="dxa" w:w="6803"/>
          </w:tcPr>
          <w:p>
            <w:r>
              <w:rPr>
                <w:b w:val="0"/>
                <w:color w:val="1C1917"/>
                <w:sz w:val="18"/>
                <w:highlight w:val="lightGray"/>
              </w:rPr>
              <w:t>[IBAN]</w:t>
            </w:r>
          </w:p>
        </w:tc>
      </w:tr>
      <w:tr>
        <w:trPr>
          <w:cantSplit/>
        </w:trPr>
        <w:tc>
          <w:tcPr>
            <w:tcW w:type="dxa" w:w="2551"/>
          </w:tcPr>
          <w:p>
            <w:r>
              <w:rPr>
                <w:b w:val="0"/>
                <w:color w:val="1C1917"/>
                <w:sz w:val="18"/>
              </w:rPr>
              <w:t>BIC</w:t>
            </w:r>
          </w:p>
        </w:tc>
        <w:tc>
          <w:tcPr>
            <w:tcW w:type="dxa" w:w="6803"/>
          </w:tcPr>
          <w:p>
            <w:r>
              <w:rPr>
                <w:b w:val="0"/>
                <w:color w:val="1C1917"/>
                <w:sz w:val="18"/>
                <w:highlight w:val="lightGray"/>
              </w:rPr>
              <w:t>[BIC]</w:t>
            </w:r>
          </w:p>
        </w:tc>
      </w:tr>
      <w:tr>
        <w:trPr>
          <w:cantSplit/>
        </w:trPr>
        <w:tc>
          <w:tcPr>
            <w:tcW w:type="dxa" w:w="2551"/>
          </w:tcPr>
          <w:p>
            <w:r>
              <w:rPr>
                <w:b w:val="0"/>
                <w:color w:val="1C1917"/>
                <w:sz w:val="18"/>
              </w:rPr>
              <w:t>Verwendungszweck</w:t>
            </w:r>
          </w:p>
        </w:tc>
        <w:tc>
          <w:tcPr>
            <w:tcW w:type="dxa" w:w="6803"/>
          </w:tcPr>
          <w:p>
            <w:r>
              <w:rPr>
                <w:b w:val="0"/>
                <w:color w:val="1C1917"/>
                <w:sz w:val="18"/>
              </w:rPr>
              <w:t xml:space="preserve">Rechnung </w:t>
            </w:r>
            <w:r>
              <w:rPr>
                <w:b w:val="0"/>
                <w:color w:val="1C1917"/>
                <w:sz w:val="18"/>
                <w:highlight w:val="lightGray"/>
              </w:rPr>
              <w:t>[Nr.]</w:t>
            </w:r>
          </w:p>
        </w:tc>
      </w:tr>
    </w:tbl>
    <w:p>
      <w:pPr>
        <w:spacing w:before="340" w:after="0"/>
      </w:pPr>
      <w:r>
        <w:rPr>
          <w:b w:val="0"/>
          <w:color w:val="1C1917"/>
          <w:sz w:val="20"/>
        </w:rPr>
        <w:t>Viele Grüße</w:t>
      </w:r>
    </w:p>
    <w:p>
      <w:pPr>
        <w:spacing w:before="340" w:after="0"/>
      </w:pPr>
      <w:r>
        <w:rPr>
          <w:b w:val="0"/>
          <w:color w:val="1C1917"/>
          <w:sz w:val="20"/>
          <w:highlight w:val="lightGray"/>
        </w:rPr>
        <w:t>[Vor- und Nachname]</w:t>
      </w:r>
    </w:p>
    <w:p>
      <w:pPr>
        <w:spacing w:before="0" w:after="0"/>
      </w:pPr>
      <w:r>
        <w:rPr>
          <w:b w:val="0"/>
          <w:color w:val="1C1917"/>
          <w:sz w:val="20"/>
          <w:highlight w:val="lightGray"/>
        </w:rPr>
        <w:t>[Studioname]</w:t>
      </w:r>
    </w:p>
    <w:p>
      <w:pPr>
        <w:sectPr>
          <w:footerReference w:type="default" r:id="rId9"/>
          <w:pgSz w:w="11906" w:h="16838"/>
          <w:pgMar w:top="1134" w:right="1134" w:bottom="1134" w:left="1417" w:header="510" w:footer="510" w:gutter="0"/>
          <w:cols w:space="720"/>
          <w:docGrid w:linePitch="360"/>
        </w:sectPr>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3118"/>
        <w:gridCol w:w="3118"/>
        <w:gridCol w:w="3118"/>
      </w:tblGrid>
      <w:tr>
        <w:trPr>
          <w:trHeight w:val="1417" w:hRule="exact"/>
        </w:trPr>
        <w:tc>
          <w:tcPr>
            <w:tcW w:type="dxa" w:w="4819"/>
          </w:tcPr>
          <w:p/>
        </w:tc>
        <w:tc>
          <w:tcPr>
            <w:tcW w:type="dxa" w:w="4535"/>
            <w:gridSpan w:val="2"/>
          </w:tcPr>
          <w:p>
            <w:pPr>
              <w:jc w:val="right"/>
            </w:pPr>
            <w:r>
              <w:rPr>
                <w:b/>
                <w:color w:val="1C1917"/>
                <w:sz w:val="26"/>
                <w:highlight w:val="lightGray"/>
              </w:rPr>
              <w:t>[Studioname]</w:t>
            </w:r>
          </w:p>
          <w:p>
            <w:pPr>
              <w:spacing w:before="23"/>
              <w:jc w:val="right"/>
            </w:pPr>
            <w:r>
              <w:rPr>
                <w:b w:val="0"/>
                <w:color w:val="1C1917"/>
                <w:sz w:val="18"/>
                <w:highlight w:val="lightGray"/>
              </w:rPr>
              <w:t>[Bereich, z. B. Hochzeitsfotografie]</w:t>
            </w:r>
            <w:r>
              <w:rPr>
                <w:b w:val="0"/>
                <w:color w:val="1C1917"/>
                <w:sz w:val="18"/>
              </w:rPr>
              <w:t xml:space="preserve"> · </w:t>
            </w:r>
            <w:r>
              <w:rPr>
                <w:b w:val="0"/>
                <w:color w:val="1C1917"/>
                <w:sz w:val="18"/>
                <w:highlight w:val="lightGray"/>
              </w:rPr>
              <w:t>[Vor- und Nachname]</w:t>
            </w:r>
          </w:p>
          <w:p>
            <w:pPr>
              <w:spacing w:before="23"/>
              <w:jc w:val="right"/>
            </w:pPr>
            <w:r>
              <w:rPr>
                <w:b w:val="0"/>
                <w:color w:val="1C1917"/>
                <w:sz w:val="18"/>
                <w:highlight w:val="lightGray"/>
              </w:rPr>
              <w:t>[Straße Nr.]</w:t>
            </w:r>
            <w:r>
              <w:rPr>
                <w:b w:val="0"/>
                <w:color w:val="1C1917"/>
                <w:sz w:val="18"/>
              </w:rPr>
              <w:t xml:space="preserve">, </w:t>
            </w:r>
            <w:r>
              <w:rPr>
                <w:b w:val="0"/>
                <w:color w:val="1C1917"/>
                <w:sz w:val="18"/>
                <w:highlight w:val="lightGray"/>
              </w:rPr>
              <w:t>[PLZ Ort]</w:t>
            </w:r>
          </w:p>
          <w:p>
            <w:pPr>
              <w:spacing w:before="23"/>
              <w:jc w:val="right"/>
            </w:pPr>
            <w:r>
              <w:rPr>
                <w:b w:val="0"/>
                <w:color w:val="1C1917"/>
                <w:sz w:val="18"/>
                <w:highlight w:val="lightGray"/>
              </w:rPr>
              <w:t>[E-Mail]</w:t>
            </w:r>
            <w:r>
              <w:rPr>
                <w:b w:val="0"/>
                <w:color w:val="1C1917"/>
                <w:sz w:val="18"/>
              </w:rPr>
              <w:t xml:space="preserve"> · </w:t>
            </w:r>
            <w:r>
              <w:rPr>
                <w:b w:val="0"/>
                <w:color w:val="1C1917"/>
                <w:sz w:val="18"/>
                <w:highlight w:val="lightGray"/>
              </w:rPr>
              <w:t>[Telefon]</w:t>
            </w:r>
          </w:p>
        </w:tc>
      </w:tr>
      <w:tr>
        <w:trPr>
          <w:trHeight w:val="2551" w:hRule="exact"/>
        </w:trPr>
        <w:tc>
          <w:tcPr>
            <w:tcW w:type="dxa" w:w="4819"/>
          </w:tcPr>
          <w:p>
            <w:pPr>
              <w:spacing w:before="283"/>
            </w:pPr>
            <w:r>
              <w:rPr>
                <w:b w:val="0"/>
                <w:color w:val="78716C"/>
                <w:sz w:val="14"/>
                <w:highlight w:val="lightGray"/>
                <w:u w:val="single"/>
              </w:rPr>
              <w:t>[Studioname]</w:t>
            </w:r>
            <w:r>
              <w:rPr>
                <w:b w:val="0"/>
                <w:color w:val="78716C"/>
                <w:sz w:val="14"/>
                <w:u w:val="single"/>
              </w:rPr>
              <w:t xml:space="preserve"> · </w:t>
            </w:r>
            <w:r>
              <w:rPr>
                <w:b w:val="0"/>
                <w:color w:val="78716C"/>
                <w:sz w:val="14"/>
                <w:highlight w:val="lightGray"/>
                <w:u w:val="single"/>
              </w:rPr>
              <w:t>[Straße Nr.]</w:t>
            </w:r>
            <w:r>
              <w:rPr>
                <w:b w:val="0"/>
                <w:color w:val="78716C"/>
                <w:sz w:val="14"/>
                <w:u w:val="single"/>
              </w:rPr>
              <w:t xml:space="preserve"> · </w:t>
            </w:r>
            <w:r>
              <w:rPr>
                <w:b w:val="0"/>
                <w:color w:val="78716C"/>
                <w:sz w:val="14"/>
                <w:highlight w:val="lightGray"/>
                <w:u w:val="single"/>
              </w:rPr>
              <w:t>[PLZ Ort]</w:t>
            </w:r>
          </w:p>
          <w:p>
            <w:pPr>
              <w:spacing w:before="510"/>
            </w:pPr>
            <w:r>
              <w:rPr>
                <w:b w:val="0"/>
                <w:color w:val="1C1917"/>
                <w:sz w:val="20"/>
                <w:highlight w:val="lightGray"/>
              </w:rPr>
              <w:t>[Namen des Paares]</w:t>
            </w:r>
          </w:p>
          <w:p>
            <w:pPr>
              <w:spacing w:before="34"/>
            </w:pPr>
            <w:r>
              <w:rPr>
                <w:b w:val="0"/>
                <w:color w:val="1C1917"/>
                <w:sz w:val="20"/>
                <w:highlight w:val="lightGray"/>
              </w:rPr>
              <w:t>[Straße Nr.]</w:t>
            </w:r>
          </w:p>
          <w:p>
            <w:pPr>
              <w:spacing w:before="34"/>
            </w:pPr>
            <w:r>
              <w:rPr>
                <w:b w:val="0"/>
                <w:color w:val="1C1917"/>
                <w:sz w:val="20"/>
                <w:highlight w:val="lightGray"/>
              </w:rPr>
              <w:t>[PLZ Ort]</w:t>
            </w:r>
          </w:p>
        </w:tc>
        <w:tc>
          <w:tcPr>
            <w:tcW w:type="dxa" w:w="850"/>
          </w:tcPr>
          <w:p/>
        </w:tc>
        <w:tc>
          <w:tcPr>
            <w:tcW w:type="dxa" w:w="3685"/>
          </w:tcPr>
          <w:p>
            <w:pPr>
              <w:spacing w:before="283"/>
            </w:pPr>
            <w:r>
              <w:rPr>
                <w:b w:val="0"/>
                <w:color w:val="78716C"/>
                <w:sz w:val="15"/>
              </w:rPr>
              <w:t>Datum</w:t>
            </w:r>
          </w:p>
          <w:p>
            <w:pPr>
              <w:spacing w:before="0"/>
            </w:pPr>
            <w:r>
              <w:rPr>
                <w:b w:val="0"/>
                <w:color w:val="1C1917"/>
                <w:sz w:val="18"/>
                <w:highlight w:val="lightGray"/>
              </w:rPr>
              <w:t>[TT.MM.JJJJ]</w:t>
            </w:r>
          </w:p>
          <w:p>
            <w:pPr>
              <w:spacing w:before="91"/>
            </w:pPr>
            <w:r>
              <w:rPr>
                <w:b w:val="0"/>
                <w:color w:val="78716C"/>
                <w:sz w:val="15"/>
              </w:rPr>
              <w:t>Rechnungsnummer</w:t>
            </w:r>
          </w:p>
          <w:p>
            <w:pPr>
              <w:spacing w:before="0"/>
            </w:pPr>
            <w:r>
              <w:rPr>
                <w:b w:val="0"/>
                <w:color w:val="1C1917"/>
                <w:sz w:val="18"/>
                <w:highlight w:val="lightGray"/>
              </w:rPr>
              <w:t>[Nr.]</w:t>
            </w:r>
          </w:p>
          <w:p>
            <w:pPr>
              <w:spacing w:before="91"/>
            </w:pPr>
            <w:r>
              <w:rPr>
                <w:b w:val="0"/>
                <w:color w:val="78716C"/>
                <w:sz w:val="15"/>
              </w:rPr>
              <w:t>Rechnungsdatum</w:t>
            </w:r>
          </w:p>
          <w:p>
            <w:pPr>
              <w:spacing w:before="0"/>
            </w:pPr>
            <w:r>
              <w:rPr>
                <w:b w:val="0"/>
                <w:color w:val="1C1917"/>
                <w:sz w:val="18"/>
                <w:highlight w:val="lightGray"/>
              </w:rPr>
              <w:t>[TT.MM.JJJJ]</w:t>
            </w:r>
          </w:p>
          <w:p>
            <w:pPr>
              <w:spacing w:before="91"/>
            </w:pPr>
            <w:r>
              <w:rPr>
                <w:b w:val="0"/>
                <w:color w:val="78716C"/>
                <w:sz w:val="15"/>
              </w:rPr>
              <w:t>fällig seit</w:t>
            </w:r>
          </w:p>
          <w:p>
            <w:pPr>
              <w:spacing w:before="0"/>
            </w:pPr>
            <w:r>
              <w:rPr>
                <w:b w:val="0"/>
                <w:color w:val="1C1917"/>
                <w:sz w:val="18"/>
                <w:highlight w:val="lightGray"/>
              </w:rPr>
              <w:t>[TT.MM.JJJJ]</w:t>
            </w:r>
          </w:p>
        </w:tc>
      </w:tr>
    </w:tbl>
    <w:p>
      <w:pPr>
        <w:spacing w:before="340" w:after="85"/>
      </w:pPr>
      <w:r>
        <w:rPr>
          <w:b/>
          <w:color w:val="1C1917"/>
          <w:sz w:val="32"/>
        </w:rPr>
        <w:t>Mahnung</w:t>
      </w:r>
    </w:p>
    <w:p>
      <w:pPr>
        <w:spacing w:before="0" w:after="113"/>
      </w:pPr>
      <w:r>
        <w:rPr>
          <w:b w:val="0"/>
          <w:color w:val="78716C"/>
          <w:sz w:val="22"/>
        </w:rPr>
        <w:t xml:space="preserve">Rechnung </w:t>
      </w:r>
      <w:r>
        <w:rPr>
          <w:b w:val="0"/>
          <w:color w:val="78716C"/>
          <w:sz w:val="22"/>
          <w:highlight w:val="lightGray"/>
        </w:rPr>
        <w:t>[Nr.]</w:t>
      </w:r>
    </w:p>
    <w:p>
      <w:pPr>
        <w:spacing w:before="113" w:after="113"/>
      </w:pPr>
      <w:r>
        <w:rPr>
          <w:b w:val="0"/>
          <w:color w:val="1C1917"/>
          <w:sz w:val="20"/>
          <w:highlight w:val="lightGray"/>
        </w:rPr>
        <w:t>[Anrede, z. B. Liebe Lena, lieber Paul,]</w:t>
      </w:r>
    </w:p>
    <w:p>
      <w:pPr>
        <w:spacing w:before="0" w:after="113"/>
      </w:pPr>
      <w:r>
        <w:rPr>
          <w:b w:val="0"/>
          <w:color w:val="1C1917"/>
          <w:sz w:val="20"/>
        </w:rPr>
        <w:t xml:space="preserve">auf meine Erinnerung vom </w:t>
      </w:r>
      <w:r>
        <w:rPr>
          <w:b w:val="0"/>
          <w:color w:val="1C1917"/>
          <w:sz w:val="20"/>
          <w:highlight w:val="lightGray"/>
        </w:rPr>
        <w:t>[TT.MM.JJJJ]</w:t>
      </w:r>
      <w:r>
        <w:rPr>
          <w:b w:val="0"/>
          <w:color w:val="1C1917"/>
          <w:sz w:val="20"/>
        </w:rPr>
        <w:t xml:space="preserve"> ist bei mir noch keine Zahlung eingegangen. Die Rechnung </w:t>
      </w:r>
      <w:r>
        <w:rPr>
          <w:b w:val="0"/>
          <w:color w:val="1C1917"/>
          <w:sz w:val="20"/>
          <w:highlight w:val="lightGray"/>
        </w:rPr>
        <w:t>[Nr.]</w:t>
      </w:r>
      <w:r>
        <w:rPr>
          <w:b w:val="0"/>
          <w:color w:val="1C1917"/>
          <w:sz w:val="20"/>
        </w:rPr>
        <w:t xml:space="preserve"> über </w:t>
      </w:r>
      <w:r>
        <w:rPr>
          <w:b w:val="0"/>
          <w:color w:val="1C1917"/>
          <w:sz w:val="20"/>
          <w:highlight w:val="lightGray"/>
        </w:rPr>
        <w:t>[Betrag]</w:t>
      </w:r>
      <w:r>
        <w:rPr>
          <w:b w:val="0"/>
          <w:color w:val="1C1917"/>
          <w:sz w:val="20"/>
        </w:rPr>
        <w:t xml:space="preserve"> ist seit dem </w:t>
      </w:r>
      <w:r>
        <w:rPr>
          <w:b w:val="0"/>
          <w:color w:val="1C1917"/>
          <w:sz w:val="20"/>
          <w:highlight w:val="lightGray"/>
        </w:rPr>
        <w:t>[TT.MM.JJJJ]</w:t>
      </w:r>
      <w:r>
        <w:rPr>
          <w:b w:val="0"/>
          <w:color w:val="1C1917"/>
          <w:sz w:val="20"/>
        </w:rPr>
        <w:t xml:space="preserve"> fällig.</w:t>
      </w:r>
    </w:p>
    <w:p>
      <w:pPr>
        <w:spacing w:before="0" w:after="113"/>
      </w:pPr>
      <w:r>
        <w:rPr>
          <w:b w:val="0"/>
          <w:color w:val="1C1917"/>
          <w:sz w:val="20"/>
        </w:rPr>
        <w:t xml:space="preserve">Bitte überweist den Betrag bis spätestens </w:t>
      </w:r>
      <w:r>
        <w:rPr>
          <w:b w:val="0"/>
          <w:color w:val="1C1917"/>
          <w:sz w:val="20"/>
          <w:highlight w:val="lightGray"/>
        </w:rPr>
        <w:t>[TT.MM.JJJJ]</w:t>
      </w:r>
      <w:r>
        <w:rPr>
          <w:b w:val="0"/>
          <w:color w:val="1C1917"/>
          <w:sz w:val="20"/>
        </w:rPr>
        <w:t>.</w:t>
      </w:r>
    </w:p>
    <w:p>
      <w:pPr>
        <w:spacing w:before="0" w:after="113"/>
      </w:pPr>
      <w:r>
        <w:rPr>
          <w:b w:val="0"/>
          <w:color w:val="1C1917"/>
          <w:sz w:val="20"/>
        </w:rPr>
        <w:t>Wenn etwas an der Rechnung unklar ist oder die Zahlung gerade schwierig ist, ruft mich an oder schreibt mir. Dann finden wir eine Lösung, zum Beispiel eine Zahlung in Raten, die wir schriftlich festhalten.</w:t>
      </w:r>
    </w:p>
    <w:p>
      <w:pPr>
        <w:spacing w:before="57" w:after="0"/>
      </w:pP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2551"/>
        <w:gridCol w:w="6803"/>
      </w:tblGrid>
      <w:tr>
        <w:trPr>
          <w:cantSplit/>
        </w:trPr>
        <w:tc>
          <w:tcPr>
            <w:tcW w:type="dxa" w:w="2551"/>
          </w:tcPr>
          <w:p>
            <w:r>
              <w:rPr>
                <w:b w:val="0"/>
                <w:color w:val="1C1917"/>
                <w:sz w:val="18"/>
              </w:rPr>
              <w:t>Offener Betrag</w:t>
            </w:r>
          </w:p>
        </w:tc>
        <w:tc>
          <w:tcPr>
            <w:tcW w:type="dxa" w:w="6803"/>
          </w:tcPr>
          <w:p>
            <w:r>
              <w:rPr>
                <w:b w:val="0"/>
                <w:color w:val="1C1917"/>
                <w:sz w:val="18"/>
                <w:highlight w:val="lightGray"/>
              </w:rPr>
              <w:t>[Betrag]</w:t>
            </w:r>
          </w:p>
        </w:tc>
      </w:tr>
      <w:tr>
        <w:trPr>
          <w:cantSplit/>
        </w:trPr>
        <w:tc>
          <w:tcPr>
            <w:tcW w:type="dxa" w:w="2551"/>
          </w:tcPr>
          <w:p>
            <w:r>
              <w:rPr>
                <w:b w:val="0"/>
                <w:color w:val="1C1917"/>
                <w:sz w:val="18"/>
              </w:rPr>
              <w:t>Kontoinhaberin</w:t>
            </w:r>
          </w:p>
        </w:tc>
        <w:tc>
          <w:tcPr>
            <w:tcW w:type="dxa" w:w="6803"/>
          </w:tcPr>
          <w:p>
            <w:r>
              <w:rPr>
                <w:b w:val="0"/>
                <w:color w:val="1C1917"/>
                <w:sz w:val="18"/>
                <w:highlight w:val="lightGray"/>
              </w:rPr>
              <w:t>[Vor- und Nachname]</w:t>
            </w:r>
          </w:p>
        </w:tc>
      </w:tr>
      <w:tr>
        <w:trPr>
          <w:cantSplit/>
        </w:trPr>
        <w:tc>
          <w:tcPr>
            <w:tcW w:type="dxa" w:w="2551"/>
          </w:tcPr>
          <w:p>
            <w:r>
              <w:rPr>
                <w:b w:val="0"/>
                <w:color w:val="1C1917"/>
                <w:sz w:val="18"/>
              </w:rPr>
              <w:t>IBAN</w:t>
            </w:r>
          </w:p>
        </w:tc>
        <w:tc>
          <w:tcPr>
            <w:tcW w:type="dxa" w:w="6803"/>
          </w:tcPr>
          <w:p>
            <w:r>
              <w:rPr>
                <w:b w:val="0"/>
                <w:color w:val="1C1917"/>
                <w:sz w:val="18"/>
                <w:highlight w:val="lightGray"/>
              </w:rPr>
              <w:t>[IBAN]</w:t>
            </w:r>
          </w:p>
        </w:tc>
      </w:tr>
      <w:tr>
        <w:trPr>
          <w:cantSplit/>
        </w:trPr>
        <w:tc>
          <w:tcPr>
            <w:tcW w:type="dxa" w:w="2551"/>
          </w:tcPr>
          <w:p>
            <w:r>
              <w:rPr>
                <w:b w:val="0"/>
                <w:color w:val="1C1917"/>
                <w:sz w:val="18"/>
              </w:rPr>
              <w:t>BIC</w:t>
            </w:r>
          </w:p>
        </w:tc>
        <w:tc>
          <w:tcPr>
            <w:tcW w:type="dxa" w:w="6803"/>
          </w:tcPr>
          <w:p>
            <w:r>
              <w:rPr>
                <w:b w:val="0"/>
                <w:color w:val="1C1917"/>
                <w:sz w:val="18"/>
                <w:highlight w:val="lightGray"/>
              </w:rPr>
              <w:t>[BIC]</w:t>
            </w:r>
          </w:p>
        </w:tc>
      </w:tr>
      <w:tr>
        <w:trPr>
          <w:cantSplit/>
        </w:trPr>
        <w:tc>
          <w:tcPr>
            <w:tcW w:type="dxa" w:w="2551"/>
          </w:tcPr>
          <w:p>
            <w:r>
              <w:rPr>
                <w:b w:val="0"/>
                <w:color w:val="1C1917"/>
                <w:sz w:val="18"/>
              </w:rPr>
              <w:t>Verwendungszweck</w:t>
            </w:r>
          </w:p>
        </w:tc>
        <w:tc>
          <w:tcPr>
            <w:tcW w:type="dxa" w:w="6803"/>
          </w:tcPr>
          <w:p>
            <w:r>
              <w:rPr>
                <w:b w:val="0"/>
                <w:color w:val="1C1917"/>
                <w:sz w:val="18"/>
              </w:rPr>
              <w:t xml:space="preserve">Rechnung </w:t>
            </w:r>
            <w:r>
              <w:rPr>
                <w:b w:val="0"/>
                <w:color w:val="1C1917"/>
                <w:sz w:val="18"/>
                <w:highlight w:val="lightGray"/>
              </w:rPr>
              <w:t>[Nr.]</w:t>
            </w:r>
          </w:p>
        </w:tc>
      </w:tr>
    </w:tbl>
    <w:p>
      <w:pPr>
        <w:spacing w:before="340" w:after="0"/>
      </w:pPr>
      <w:r>
        <w:rPr>
          <w:b w:val="0"/>
          <w:color w:val="1C1917"/>
          <w:sz w:val="20"/>
        </w:rPr>
        <w:t>Viele Grüße</w:t>
      </w:r>
    </w:p>
    <w:p>
      <w:pPr>
        <w:spacing w:before="340" w:after="0"/>
      </w:pPr>
      <w:r>
        <w:rPr>
          <w:b w:val="0"/>
          <w:color w:val="1C1917"/>
          <w:sz w:val="20"/>
          <w:highlight w:val="lightGray"/>
        </w:rPr>
        <w:t>[Vor- und Nachname]</w:t>
      </w:r>
    </w:p>
    <w:p>
      <w:pPr>
        <w:spacing w:before="0" w:after="0"/>
      </w:pPr>
      <w:r>
        <w:rPr>
          <w:b w:val="0"/>
          <w:color w:val="1C1917"/>
          <w:sz w:val="20"/>
          <w:highlight w:val="lightGray"/>
        </w:rPr>
        <w:t>[Studioname]</w:t>
      </w:r>
    </w:p>
    <w:p>
      <w:pPr>
        <w:sectPr>
          <w:pgSz w:w="11906" w:h="16838"/>
          <w:pgMar w:top="1134" w:right="1134" w:bottom="1134" w:left="1417" w:header="510" w:footer="510" w:gutter="0"/>
          <w:cols w:space="720"/>
          <w:docGrid w:linePitch="360"/>
        </w:sectPr>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3118"/>
        <w:gridCol w:w="3118"/>
        <w:gridCol w:w="3118"/>
      </w:tblGrid>
      <w:tr>
        <w:trPr>
          <w:trHeight w:val="1417" w:hRule="exact"/>
        </w:trPr>
        <w:tc>
          <w:tcPr>
            <w:tcW w:type="dxa" w:w="4819"/>
          </w:tcPr>
          <w:p/>
        </w:tc>
        <w:tc>
          <w:tcPr>
            <w:tcW w:type="dxa" w:w="4535"/>
            <w:gridSpan w:val="2"/>
          </w:tcPr>
          <w:p>
            <w:pPr>
              <w:jc w:val="right"/>
            </w:pPr>
            <w:r>
              <w:rPr>
                <w:b/>
                <w:color w:val="1C1917"/>
                <w:sz w:val="26"/>
                <w:highlight w:val="lightGray"/>
              </w:rPr>
              <w:t>[Studioname]</w:t>
            </w:r>
          </w:p>
          <w:p>
            <w:pPr>
              <w:spacing w:before="23"/>
              <w:jc w:val="right"/>
            </w:pPr>
            <w:r>
              <w:rPr>
                <w:b w:val="0"/>
                <w:color w:val="1C1917"/>
                <w:sz w:val="18"/>
                <w:highlight w:val="lightGray"/>
              </w:rPr>
              <w:t>[Bereich, z. B. Hochzeitsfotografie]</w:t>
            </w:r>
            <w:r>
              <w:rPr>
                <w:b w:val="0"/>
                <w:color w:val="1C1917"/>
                <w:sz w:val="18"/>
              </w:rPr>
              <w:t xml:space="preserve"> · </w:t>
            </w:r>
            <w:r>
              <w:rPr>
                <w:b w:val="0"/>
                <w:color w:val="1C1917"/>
                <w:sz w:val="18"/>
                <w:highlight w:val="lightGray"/>
              </w:rPr>
              <w:t>[Vor- und Nachname]</w:t>
            </w:r>
          </w:p>
          <w:p>
            <w:pPr>
              <w:spacing w:before="23"/>
              <w:jc w:val="right"/>
            </w:pPr>
            <w:r>
              <w:rPr>
                <w:b w:val="0"/>
                <w:color w:val="1C1917"/>
                <w:sz w:val="18"/>
                <w:highlight w:val="lightGray"/>
              </w:rPr>
              <w:t>[Straße Nr.]</w:t>
            </w:r>
            <w:r>
              <w:rPr>
                <w:b w:val="0"/>
                <w:color w:val="1C1917"/>
                <w:sz w:val="18"/>
              </w:rPr>
              <w:t xml:space="preserve">, </w:t>
            </w:r>
            <w:r>
              <w:rPr>
                <w:b w:val="0"/>
                <w:color w:val="1C1917"/>
                <w:sz w:val="18"/>
                <w:highlight w:val="lightGray"/>
              </w:rPr>
              <w:t>[PLZ Ort]</w:t>
            </w:r>
          </w:p>
          <w:p>
            <w:pPr>
              <w:spacing w:before="23"/>
              <w:jc w:val="right"/>
            </w:pPr>
            <w:r>
              <w:rPr>
                <w:b w:val="0"/>
                <w:color w:val="1C1917"/>
                <w:sz w:val="18"/>
                <w:highlight w:val="lightGray"/>
              </w:rPr>
              <w:t>[E-Mail]</w:t>
            </w:r>
            <w:r>
              <w:rPr>
                <w:b w:val="0"/>
                <w:color w:val="1C1917"/>
                <w:sz w:val="18"/>
              </w:rPr>
              <w:t xml:space="preserve"> · </w:t>
            </w:r>
            <w:r>
              <w:rPr>
                <w:b w:val="0"/>
                <w:color w:val="1C1917"/>
                <w:sz w:val="18"/>
                <w:highlight w:val="lightGray"/>
              </w:rPr>
              <w:t>[Telefon]</w:t>
            </w:r>
          </w:p>
        </w:tc>
      </w:tr>
      <w:tr>
        <w:trPr>
          <w:trHeight w:val="2551" w:hRule="exact"/>
        </w:trPr>
        <w:tc>
          <w:tcPr>
            <w:tcW w:type="dxa" w:w="4819"/>
          </w:tcPr>
          <w:p>
            <w:pPr>
              <w:spacing w:before="283"/>
            </w:pPr>
            <w:r>
              <w:rPr>
                <w:b w:val="0"/>
                <w:color w:val="78716C"/>
                <w:sz w:val="14"/>
                <w:highlight w:val="lightGray"/>
                <w:u w:val="single"/>
              </w:rPr>
              <w:t>[Studioname]</w:t>
            </w:r>
            <w:r>
              <w:rPr>
                <w:b w:val="0"/>
                <w:color w:val="78716C"/>
                <w:sz w:val="14"/>
                <w:u w:val="single"/>
              </w:rPr>
              <w:t xml:space="preserve"> · </w:t>
            </w:r>
            <w:r>
              <w:rPr>
                <w:b w:val="0"/>
                <w:color w:val="78716C"/>
                <w:sz w:val="14"/>
                <w:highlight w:val="lightGray"/>
                <w:u w:val="single"/>
              </w:rPr>
              <w:t>[Straße Nr.]</w:t>
            </w:r>
            <w:r>
              <w:rPr>
                <w:b w:val="0"/>
                <w:color w:val="78716C"/>
                <w:sz w:val="14"/>
                <w:u w:val="single"/>
              </w:rPr>
              <w:t xml:space="preserve"> · </w:t>
            </w:r>
            <w:r>
              <w:rPr>
                <w:b w:val="0"/>
                <w:color w:val="78716C"/>
                <w:sz w:val="14"/>
                <w:highlight w:val="lightGray"/>
                <w:u w:val="single"/>
              </w:rPr>
              <w:t>[PLZ Ort]</w:t>
            </w:r>
          </w:p>
          <w:p>
            <w:pPr>
              <w:spacing w:before="510"/>
            </w:pPr>
            <w:r>
              <w:rPr>
                <w:b w:val="0"/>
                <w:color w:val="1C1917"/>
                <w:sz w:val="20"/>
                <w:highlight w:val="lightGray"/>
              </w:rPr>
              <w:t>[Namen des Paares]</w:t>
            </w:r>
          </w:p>
          <w:p>
            <w:pPr>
              <w:spacing w:before="34"/>
            </w:pPr>
            <w:r>
              <w:rPr>
                <w:b w:val="0"/>
                <w:color w:val="1C1917"/>
                <w:sz w:val="20"/>
                <w:highlight w:val="lightGray"/>
              </w:rPr>
              <w:t>[Straße Nr.]</w:t>
            </w:r>
          </w:p>
          <w:p>
            <w:pPr>
              <w:spacing w:before="34"/>
            </w:pPr>
            <w:r>
              <w:rPr>
                <w:b w:val="0"/>
                <w:color w:val="1C1917"/>
                <w:sz w:val="20"/>
                <w:highlight w:val="lightGray"/>
              </w:rPr>
              <w:t>[PLZ Ort]</w:t>
            </w:r>
          </w:p>
        </w:tc>
        <w:tc>
          <w:tcPr>
            <w:tcW w:type="dxa" w:w="850"/>
          </w:tcPr>
          <w:p/>
        </w:tc>
        <w:tc>
          <w:tcPr>
            <w:tcW w:type="dxa" w:w="3685"/>
          </w:tcPr>
          <w:p>
            <w:pPr>
              <w:spacing w:before="283"/>
            </w:pPr>
            <w:r>
              <w:rPr>
                <w:b w:val="0"/>
                <w:color w:val="78716C"/>
                <w:sz w:val="15"/>
              </w:rPr>
              <w:t>Datum</w:t>
            </w:r>
          </w:p>
          <w:p>
            <w:pPr>
              <w:spacing w:before="0"/>
            </w:pPr>
            <w:r>
              <w:rPr>
                <w:b w:val="0"/>
                <w:color w:val="1C1917"/>
                <w:sz w:val="18"/>
                <w:highlight w:val="lightGray"/>
              </w:rPr>
              <w:t>[TT.MM.JJJJ]</w:t>
            </w:r>
          </w:p>
          <w:p>
            <w:pPr>
              <w:spacing w:before="91"/>
            </w:pPr>
            <w:r>
              <w:rPr>
                <w:b w:val="0"/>
                <w:color w:val="78716C"/>
                <w:sz w:val="15"/>
              </w:rPr>
              <w:t>Rechnungsnummer</w:t>
            </w:r>
          </w:p>
          <w:p>
            <w:pPr>
              <w:spacing w:before="0"/>
            </w:pPr>
            <w:r>
              <w:rPr>
                <w:b w:val="0"/>
                <w:color w:val="1C1917"/>
                <w:sz w:val="18"/>
                <w:highlight w:val="lightGray"/>
              </w:rPr>
              <w:t>[Nr.]</w:t>
            </w:r>
          </w:p>
          <w:p>
            <w:pPr>
              <w:spacing w:before="91"/>
            </w:pPr>
            <w:r>
              <w:rPr>
                <w:b w:val="0"/>
                <w:color w:val="78716C"/>
                <w:sz w:val="15"/>
              </w:rPr>
              <w:t>Rechnungsdatum</w:t>
            </w:r>
          </w:p>
          <w:p>
            <w:pPr>
              <w:spacing w:before="0"/>
            </w:pPr>
            <w:r>
              <w:rPr>
                <w:b w:val="0"/>
                <w:color w:val="1C1917"/>
                <w:sz w:val="18"/>
                <w:highlight w:val="lightGray"/>
              </w:rPr>
              <w:t>[TT.MM.JJJJ]</w:t>
            </w:r>
          </w:p>
          <w:p>
            <w:pPr>
              <w:spacing w:before="91"/>
            </w:pPr>
            <w:r>
              <w:rPr>
                <w:b w:val="0"/>
                <w:color w:val="78716C"/>
                <w:sz w:val="15"/>
              </w:rPr>
              <w:t>fällig seit</w:t>
            </w:r>
          </w:p>
          <w:p>
            <w:pPr>
              <w:spacing w:before="0"/>
            </w:pPr>
            <w:r>
              <w:rPr>
                <w:b w:val="0"/>
                <w:color w:val="1C1917"/>
                <w:sz w:val="18"/>
                <w:highlight w:val="lightGray"/>
              </w:rPr>
              <w:t>[TT.MM.JJJJ]</w:t>
            </w:r>
          </w:p>
        </w:tc>
      </w:tr>
    </w:tbl>
    <w:p>
      <w:pPr>
        <w:spacing w:before="340" w:after="85"/>
      </w:pPr>
      <w:r>
        <w:rPr>
          <w:b/>
          <w:color w:val="1C1917"/>
          <w:sz w:val="32"/>
        </w:rPr>
        <w:t>Letzte Mahnung</w:t>
      </w:r>
    </w:p>
    <w:p>
      <w:pPr>
        <w:spacing w:before="0" w:after="113"/>
      </w:pPr>
      <w:r>
        <w:rPr>
          <w:b w:val="0"/>
          <w:color w:val="78716C"/>
          <w:sz w:val="22"/>
        </w:rPr>
        <w:t xml:space="preserve">Rechnung </w:t>
      </w:r>
      <w:r>
        <w:rPr>
          <w:b w:val="0"/>
          <w:color w:val="78716C"/>
          <w:sz w:val="22"/>
          <w:highlight w:val="lightGray"/>
        </w:rPr>
        <w:t>[Nr.]</w:t>
      </w:r>
    </w:p>
    <w:p>
      <w:pPr>
        <w:spacing w:before="113" w:after="113"/>
      </w:pPr>
      <w:r>
        <w:rPr>
          <w:b w:val="0"/>
          <w:color w:val="1C1917"/>
          <w:sz w:val="20"/>
          <w:highlight w:val="lightGray"/>
        </w:rPr>
        <w:t>[Anrede, z. B. Liebe Lena, lieber Paul,]</w:t>
      </w:r>
    </w:p>
    <w:p>
      <w:pPr>
        <w:spacing w:before="0" w:after="113"/>
      </w:pPr>
      <w:r>
        <w:rPr>
          <w:b w:val="0"/>
          <w:color w:val="1C1917"/>
          <w:sz w:val="20"/>
        </w:rPr>
        <w:t xml:space="preserve">trotz meiner Erinnerung vom </w:t>
      </w:r>
      <w:r>
        <w:rPr>
          <w:b w:val="0"/>
          <w:color w:val="1C1917"/>
          <w:sz w:val="20"/>
          <w:highlight w:val="lightGray"/>
        </w:rPr>
        <w:t>[TT.MM.JJJJ]</w:t>
      </w:r>
      <w:r>
        <w:rPr>
          <w:b w:val="0"/>
          <w:color w:val="1C1917"/>
          <w:sz w:val="20"/>
        </w:rPr>
        <w:t xml:space="preserve"> und meiner Mahnung vom </w:t>
      </w:r>
      <w:r>
        <w:rPr>
          <w:b w:val="0"/>
          <w:color w:val="1C1917"/>
          <w:sz w:val="20"/>
          <w:highlight w:val="lightGray"/>
        </w:rPr>
        <w:t>[TT.MM.JJJJ]</w:t>
      </w:r>
      <w:r>
        <w:rPr>
          <w:b w:val="0"/>
          <w:color w:val="1C1917"/>
          <w:sz w:val="20"/>
        </w:rPr>
        <w:t xml:space="preserve"> ist die Rechnung </w:t>
      </w:r>
      <w:r>
        <w:rPr>
          <w:b w:val="0"/>
          <w:color w:val="1C1917"/>
          <w:sz w:val="20"/>
          <w:highlight w:val="lightGray"/>
        </w:rPr>
        <w:t>[Nr.]</w:t>
      </w:r>
      <w:r>
        <w:rPr>
          <w:b w:val="0"/>
          <w:color w:val="1C1917"/>
          <w:sz w:val="20"/>
        </w:rPr>
        <w:t xml:space="preserve"> über </w:t>
      </w:r>
      <w:r>
        <w:rPr>
          <w:b w:val="0"/>
          <w:color w:val="1C1917"/>
          <w:sz w:val="20"/>
          <w:highlight w:val="lightGray"/>
        </w:rPr>
        <w:t>[Betrag]</w:t>
      </w:r>
      <w:r>
        <w:rPr>
          <w:b w:val="0"/>
          <w:color w:val="1C1917"/>
          <w:sz w:val="20"/>
        </w:rPr>
        <w:t xml:space="preserve"> noch offen.</w:t>
      </w:r>
    </w:p>
    <w:p>
      <w:pPr>
        <w:spacing w:before="0" w:after="113"/>
      </w:pPr>
      <w:r>
        <w:rPr>
          <w:b w:val="0"/>
          <w:color w:val="1C1917"/>
          <w:sz w:val="20"/>
        </w:rPr>
        <w:t xml:space="preserve">Ich setze euch eine letzte Frist bis zum </w:t>
      </w:r>
      <w:r>
        <w:rPr>
          <w:b w:val="0"/>
          <w:color w:val="1C1917"/>
          <w:sz w:val="20"/>
          <w:highlight w:val="lightGray"/>
        </w:rPr>
        <w:t>[TT.MM.JJJJ]</w:t>
      </w:r>
      <w:r>
        <w:rPr>
          <w:b w:val="0"/>
          <w:color w:val="1C1917"/>
          <w:sz w:val="20"/>
        </w:rPr>
        <w:t xml:space="preserve">. Geht bis dahin keine Zahlung ein, </w:t>
      </w:r>
      <w:r>
        <w:rPr>
          <w:b w:val="0"/>
          <w:color w:val="1C1917"/>
          <w:sz w:val="20"/>
          <w:highlight w:val="lightGray"/>
        </w:rPr>
        <w:t>[Folge, die du wirklich ergreifst, z. B. beantrage ich einen gerichtlichen Mahnbescheid]</w:t>
      </w:r>
      <w:r>
        <w:rPr>
          <w:b w:val="0"/>
          <w:color w:val="1C1917"/>
          <w:sz w:val="20"/>
        </w:rPr>
        <w:t>.</w:t>
      </w:r>
    </w:p>
    <w:p>
      <w:pPr>
        <w:spacing w:before="0" w:after="113"/>
      </w:pPr>
      <w:r>
        <w:rPr>
          <w:b w:val="0"/>
          <w:color w:val="1C1917"/>
          <w:sz w:val="20"/>
        </w:rPr>
        <w:t>Das möchte ich gern vermeiden. Meldet euch deshalb bitte vorher, falls es ein Problem gibt.</w:t>
      </w:r>
    </w:p>
    <w:p>
      <w:pPr>
        <w:spacing w:before="0" w:after="113"/>
      </w:pPr>
      <w:r>
        <w:rPr>
          <w:b w:val="0"/>
          <w:color w:val="78716C"/>
          <w:sz w:val="18"/>
          <w:highlight w:val="lightGray"/>
        </w:rPr>
        <w:t>[Optional, nur wenn das Paar schon in Verzug ist und du sie wirklich verlangst: Verzugszinsen in gesetzlicher Höhe nach § 288 BGB – sonst diese Zeile löschen]</w:t>
      </w:r>
    </w:p>
    <w:p>
      <w:pPr>
        <w:spacing w:before="57" w:after="0"/>
      </w:pP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2551"/>
        <w:gridCol w:w="6803"/>
      </w:tblGrid>
      <w:tr>
        <w:trPr>
          <w:cantSplit/>
        </w:trPr>
        <w:tc>
          <w:tcPr>
            <w:tcW w:type="dxa" w:w="2551"/>
          </w:tcPr>
          <w:p>
            <w:r>
              <w:rPr>
                <w:b w:val="0"/>
                <w:color w:val="1C1917"/>
                <w:sz w:val="18"/>
              </w:rPr>
              <w:t>Offener Betrag</w:t>
            </w:r>
          </w:p>
        </w:tc>
        <w:tc>
          <w:tcPr>
            <w:tcW w:type="dxa" w:w="6803"/>
          </w:tcPr>
          <w:p>
            <w:r>
              <w:rPr>
                <w:b w:val="0"/>
                <w:color w:val="1C1917"/>
                <w:sz w:val="18"/>
                <w:highlight w:val="lightGray"/>
              </w:rPr>
              <w:t>[Betrag]</w:t>
            </w:r>
          </w:p>
        </w:tc>
      </w:tr>
      <w:tr>
        <w:trPr>
          <w:cantSplit/>
        </w:trPr>
        <w:tc>
          <w:tcPr>
            <w:tcW w:type="dxa" w:w="2551"/>
          </w:tcPr>
          <w:p>
            <w:r>
              <w:rPr>
                <w:b w:val="0"/>
                <w:color w:val="1C1917"/>
                <w:sz w:val="18"/>
              </w:rPr>
              <w:t>Kontoinhaberin</w:t>
            </w:r>
          </w:p>
        </w:tc>
        <w:tc>
          <w:tcPr>
            <w:tcW w:type="dxa" w:w="6803"/>
          </w:tcPr>
          <w:p>
            <w:r>
              <w:rPr>
                <w:b w:val="0"/>
                <w:color w:val="1C1917"/>
                <w:sz w:val="18"/>
                <w:highlight w:val="lightGray"/>
              </w:rPr>
              <w:t>[Vor- und Nachname]</w:t>
            </w:r>
          </w:p>
        </w:tc>
      </w:tr>
      <w:tr>
        <w:trPr>
          <w:cantSplit/>
        </w:trPr>
        <w:tc>
          <w:tcPr>
            <w:tcW w:type="dxa" w:w="2551"/>
          </w:tcPr>
          <w:p>
            <w:r>
              <w:rPr>
                <w:b w:val="0"/>
                <w:color w:val="1C1917"/>
                <w:sz w:val="18"/>
              </w:rPr>
              <w:t>IBAN</w:t>
            </w:r>
          </w:p>
        </w:tc>
        <w:tc>
          <w:tcPr>
            <w:tcW w:type="dxa" w:w="6803"/>
          </w:tcPr>
          <w:p>
            <w:r>
              <w:rPr>
                <w:b w:val="0"/>
                <w:color w:val="1C1917"/>
                <w:sz w:val="18"/>
                <w:highlight w:val="lightGray"/>
              </w:rPr>
              <w:t>[IBAN]</w:t>
            </w:r>
          </w:p>
        </w:tc>
      </w:tr>
      <w:tr>
        <w:trPr>
          <w:cantSplit/>
        </w:trPr>
        <w:tc>
          <w:tcPr>
            <w:tcW w:type="dxa" w:w="2551"/>
          </w:tcPr>
          <w:p>
            <w:r>
              <w:rPr>
                <w:b w:val="0"/>
                <w:color w:val="1C1917"/>
                <w:sz w:val="18"/>
              </w:rPr>
              <w:t>BIC</w:t>
            </w:r>
          </w:p>
        </w:tc>
        <w:tc>
          <w:tcPr>
            <w:tcW w:type="dxa" w:w="6803"/>
          </w:tcPr>
          <w:p>
            <w:r>
              <w:rPr>
                <w:b w:val="0"/>
                <w:color w:val="1C1917"/>
                <w:sz w:val="18"/>
                <w:highlight w:val="lightGray"/>
              </w:rPr>
              <w:t>[BIC]</w:t>
            </w:r>
          </w:p>
        </w:tc>
      </w:tr>
      <w:tr>
        <w:trPr>
          <w:cantSplit/>
        </w:trPr>
        <w:tc>
          <w:tcPr>
            <w:tcW w:type="dxa" w:w="2551"/>
          </w:tcPr>
          <w:p>
            <w:r>
              <w:rPr>
                <w:b w:val="0"/>
                <w:color w:val="1C1917"/>
                <w:sz w:val="18"/>
              </w:rPr>
              <w:t>Verwendungszweck</w:t>
            </w:r>
          </w:p>
        </w:tc>
        <w:tc>
          <w:tcPr>
            <w:tcW w:type="dxa" w:w="6803"/>
          </w:tcPr>
          <w:p>
            <w:r>
              <w:rPr>
                <w:b w:val="0"/>
                <w:color w:val="1C1917"/>
                <w:sz w:val="18"/>
              </w:rPr>
              <w:t xml:space="preserve">Rechnung </w:t>
            </w:r>
            <w:r>
              <w:rPr>
                <w:b w:val="0"/>
                <w:color w:val="1C1917"/>
                <w:sz w:val="18"/>
                <w:highlight w:val="lightGray"/>
              </w:rPr>
              <w:t>[Nr.]</w:t>
            </w:r>
          </w:p>
        </w:tc>
      </w:tr>
    </w:tbl>
    <w:p>
      <w:pPr>
        <w:spacing w:before="340" w:after="0"/>
      </w:pPr>
      <w:r>
        <w:rPr>
          <w:b w:val="0"/>
          <w:color w:val="1C1917"/>
          <w:sz w:val="20"/>
        </w:rPr>
        <w:t>Viele Grüße</w:t>
      </w:r>
    </w:p>
    <w:p>
      <w:pPr>
        <w:spacing w:before="340" w:after="0"/>
      </w:pPr>
      <w:r>
        <w:rPr>
          <w:b w:val="0"/>
          <w:color w:val="1C1917"/>
          <w:sz w:val="20"/>
          <w:highlight w:val="lightGray"/>
        </w:rPr>
        <w:t>[Vor- und Nachname]</w:t>
      </w:r>
    </w:p>
    <w:p>
      <w:pPr>
        <w:spacing w:before="0" w:after="0"/>
      </w:pPr>
      <w:r>
        <w:rPr>
          <w:b w:val="0"/>
          <w:color w:val="1C1917"/>
          <w:sz w:val="20"/>
          <w:highlight w:val="lightGray"/>
        </w:rPr>
        <w:t>[Studioname]</w:t>
      </w:r>
    </w:p>
    <w:sectPr w:rsidR="00FC693F" w:rsidRPr="0006063C" w:rsidSect="00034616">
      <w:pgSz w:w="11906" w:h="16838"/>
      <w:pgMar w:top="1134" w:right="1134" w:bottom="1134" w:left="1417" w:header="510" w:footer="51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sicht.app" w:initials="sa" w:date="2026-10-26T14:17:36Z">
    <w:p>
      <w:pPr>
        <w:pStyle w:val="CommentText"/>
      </w:pPr>
      <w:r>
        <w:rPr>
          <w:rStyle w:val="CommentReference"/>
        </w:rPr>
        <w:annotationRef/>
      </w:r>
      <w:r>
        <w:t>Für eine Anzahlung: Nummer, Betrag und Fälligkeit der Anzahlungsrechnung einsetzen. Bleibt eine Anzahlung vor der Hochzeit aus, ist oft eine klare Frist der bessere nächste Schritt; vor einem Rücktritt Rat holen (siehe Artikel).</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sicht.app/ratgeber/zahlungserinnerung-vorlage/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Zahlungserinnerung, Mahnung und letzte Mahnung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