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13"/>
      </w:pPr>
      <w:r>
        <w:rPr>
          <w:b/>
          <w:color w:val="1C1917"/>
          <w:sz w:val="32"/>
        </w:rPr>
        <w:t>Um eine Google-Bewertung bitten: Mustertexte</w:t>
      </w:r>
    </w:p>
    <w:p>
      <w:pPr>
        <w:spacing w:before="0" w:after="57"/>
      </w:pPr>
      <w:r>
        <w:rPr>
          <w:b w:val="0"/>
          <w:color w:val="1C1917"/>
          <w:sz w:val="18"/>
        </w:rPr>
        <w:t>Eine Bitte um eine Bewertung per Mail gilt rechtlich als Werbung. Verschicke sie nur mit vorheriger ausdrücklicher Einwilligung oder wenn alle Bedingungen der Ausnahme für Kundinnen erfüllt sind (Artikel, Abschnitt „Darfst du ohne Einwilligung per Mail fragen?“). Ob die Ausnahme für Bewertungsbitten greift, ist nicht entschieden. Den Satz zum Widerspruch in den Mustertexten nicht streichen.</w:t>
      </w:r>
    </w:p>
    <w:p>
      <w:pPr>
        <w:spacing w:before="0" w:after="113"/>
      </w:pPr>
      <w:r>
        <w:rPr>
          <w:b w:val="0"/>
          <w:color w:val="78716C"/>
          <w:sz w:val="18"/>
        </w:rPr>
        <w:t>Unverbindliche Vorlage, Stand 24.10.2026. Ohne Gewähr für Vollständigkeit, Richtigkeit und Aktualität. Ersetzt keine Rechts- oder Steuerberatung – prüfe sie vor der Verwendung für deinen Fall.</w:t>
      </w:r>
    </w:p>
    <w:p>
      <w:pPr>
        <w:keepNext/>
        <w:spacing w:before="113" w:after="85"/>
      </w:pPr>
      <w:r>
        <w:rPr>
          <w:b/>
          <w:color w:val="1C1917"/>
          <w:sz w:val="22"/>
        </w:rPr>
        <w:t>Bevor du schreibst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6803"/>
        <w:gridCol w:w="2835"/>
      </w:tblGrid>
      <w:tr>
        <w:trPr>
          <w:cantSplit/>
          <w:tblHeader/>
        </w:trPr>
        <w:tc>
          <w:tcPr>
            <w:tcW w:type="dxa" w:w="6803"/>
          </w:tcPr>
          <w:p>
            <w:r>
              <w:rPr>
                <w:b/>
                <w:color w:val="78716C"/>
                <w:sz w:val="16"/>
              </w:rPr>
              <w:t>Punkt</w:t>
            </w:r>
          </w:p>
        </w:tc>
        <w:tc>
          <w:tcPr>
            <w:tcW w:type="dxa" w:w="2835"/>
          </w:tcPr>
          <w:p>
            <w:r>
              <w:rPr>
                <w:b/>
                <w:color w:val="78716C"/>
                <w:sz w:val="16"/>
              </w:rPr>
              <w:t>Notiz</w:t>
            </w:r>
          </w:p>
        </w:tc>
      </w:tr>
      <w:tr>
        <w:trPr>
          <w:cantSplit/>
        </w:trPr>
        <w:tc>
          <w:tcPr>
            <w:tcW w:type="dxa" w:w="6803"/>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Einwilligung eingeholt (sicherer Weg) oder alle vier Bedingungen der Ausnahme geprüft, darunter der Hinweis auf das Widerspruchsrecht dort, wo du die Adresse zuerst bekommst (offen, ob die Ausnahme für Bewertungsbitten greift)</w:t>
            </w:r>
          </w:p>
        </w:tc>
        <w:tc>
          <w:tcPr>
            <w:tcW w:type="dxa" w:w="2835"/>
          </w:tcPr>
          <w:p/>
        </w:tc>
      </w:tr>
      <w:tr>
        <w:trPr>
          <w:cantSplit/>
        </w:trPr>
        <w:tc>
          <w:tcPr>
            <w:tcW w:type="dxa" w:w="6803"/>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Kundin hat nicht widersprochen</w:t>
            </w:r>
          </w:p>
        </w:tc>
        <w:tc>
          <w:tcPr>
            <w:tcW w:type="dxa" w:w="2835"/>
          </w:tcPr>
          <w:p/>
        </w:tc>
      </w:tr>
      <w:tr>
        <w:trPr>
          <w:cantSplit/>
        </w:trPr>
        <w:tc>
          <w:tcPr>
            <w:tcW w:type="dxa" w:w="6803"/>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Bewertungslink aus dem Unternehmensprofil kopiert („Mehr Rezensionen erhalten“; QR-Code nur im Browser am Computer)</w:t>
            </w:r>
          </w:p>
        </w:tc>
        <w:tc>
          <w:tcPr>
            <w:tcW w:type="dxa" w:w="2835"/>
          </w:tcPr>
          <w:p/>
        </w:tc>
      </w:tr>
      <w:tr>
        <w:trPr>
          <w:cantSplit/>
        </w:trPr>
        <w:tc>
          <w:tcPr>
            <w:tcW w:type="dxa" w:w="6803"/>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Zeitpunkt: Erlebnis abgeschlossen (Styling ein paar Tage nach dem Fest, Fotografie nach der Galerie, Brautmode nach der Hochzeit)</w:t>
            </w:r>
          </w:p>
        </w:tc>
        <w:tc>
          <w:tcPr>
            <w:tcW w:type="dxa" w:w="2835"/>
          </w:tcPr>
          <w:p/>
        </w:tc>
      </w:tr>
    </w:tbl>
    <w:p>
      <w:pPr>
        <w:keepNext/>
        <w:spacing w:before="170" w:after="85"/>
      </w:pPr>
      <w:commentRangeStart w:id="0"/>
      <w:r>
        <w:rPr>
          <w:b/>
          <w:color w:val="1C1917"/>
          <w:sz w:val="22"/>
        </w:rPr>
        <w:t>Mail nach der Galerie</w:t>
      </w:r>
      <w:commentRangeEnd w:id="0"/>
      <w:r>
        <w:rPr>
          <w:rStyle w:val="CommentReference"/>
        </w:rPr>
        <w:commentReference w:id="0"/>
      </w:r>
    </w:p>
    <w:p>
      <w:pPr>
        <w:spacing w:before="0" w:after="34"/>
      </w:pPr>
      <w:r>
        <w:rPr>
          <w:b w:val="0"/>
          <w:color w:val="78716C"/>
          <w:sz w:val="18"/>
        </w:rPr>
        <w:t xml:space="preserve">Betreff  </w:t>
      </w:r>
      <w:r>
        <w:rPr>
          <w:b w:val="0"/>
          <w:color w:val="1C1917"/>
          <w:sz w:val="20"/>
        </w:rPr>
        <w:t>Eure Galerie und eine kleine Bitte</w:t>
      </w:r>
    </w:p>
    <w:p>
      <w:pPr>
        <w:spacing w:before="0" w:after="34"/>
      </w:pPr>
      <w:r>
        <w:rPr>
          <w:b w:val="0"/>
          <w:color w:val="1C1917"/>
          <w:sz w:val="20"/>
        </w:rPr>
        <w:t xml:space="preserve">Liebe </w:t>
      </w:r>
      <w:r>
        <w:rPr>
          <w:b w:val="0"/>
          <w:color w:val="1C1917"/>
          <w:sz w:val="20"/>
          <w:highlight w:val="lightGray"/>
        </w:rPr>
        <w:t>[Vorname 1]</w:t>
      </w:r>
      <w:r>
        <w:rPr>
          <w:b w:val="0"/>
          <w:color w:val="1C1917"/>
          <w:sz w:val="20"/>
        </w:rPr>
        <w:t xml:space="preserve">, lieber </w:t>
      </w:r>
      <w:r>
        <w:rPr>
          <w:b w:val="0"/>
          <w:color w:val="1C1917"/>
          <w:sz w:val="20"/>
          <w:highlight w:val="lightGray"/>
        </w:rPr>
        <w:t>[Vorname 2]</w:t>
      </w:r>
      <w:r>
        <w:rPr>
          <w:b w:val="0"/>
          <w:color w:val="1C1917"/>
          <w:sz w:val="20"/>
        </w:rPr>
        <w:t>,</w:t>
      </w:r>
    </w:p>
    <w:p>
      <w:pPr>
        <w:spacing w:before="0" w:after="34"/>
      </w:pPr>
      <w:r>
        <w:rPr>
          <w:b w:val="0"/>
          <w:color w:val="1C1917"/>
          <w:sz w:val="20"/>
        </w:rPr>
        <w:t xml:space="preserve">hoffentlich habt ihr euch schon durch eure Galerie geklickt und ein paar Lieblingsbilder gefunden. Euer Tag war für mich einer der schönsten in diesem Sommer. Wenn ihr mögt, schreibt ein paar ehrliche Sätze zu unserer Zusammenarbeit auf Google, über diesen Link kommt ihr direkt zur Bewertung </w:t>
      </w:r>
      <w:r>
        <w:rPr>
          <w:b w:val="0"/>
          <w:color w:val="1C1917"/>
          <w:sz w:val="20"/>
          <w:highlight w:val="lightGray"/>
        </w:rPr>
        <w:t>[Link]</w:t>
      </w:r>
      <w:r>
        <w:rPr>
          <w:b w:val="0"/>
          <w:color w:val="1C1917"/>
          <w:sz w:val="20"/>
        </w:rPr>
        <w:t>. Das hilft Paaren, die gerade eine Fotografin suchen.</w:t>
      </w:r>
    </w:p>
    <w:p>
      <w:pPr>
        <w:spacing w:before="0" w:after="34"/>
      </w:pPr>
      <w:r>
        <w:rPr>
          <w:b w:val="0"/>
          <w:color w:val="1C1917"/>
          <w:sz w:val="20"/>
          <w:highlight w:val="lightGray"/>
        </w:rPr>
        <w:t>Wenn ihr solche Bitten nicht mehr bekommen möchtet, könnt ihr der Nutzung eurer Mailadresse dafür jederzeit widersprechen, eine kurze Antwort genügt. Außer den Übermittlungskosten nach den Basistarifen entstehen euch dafür keine Kosten.</w:t>
      </w:r>
    </w:p>
    <w:p>
      <w:pPr>
        <w:spacing w:before="0" w:after="0"/>
      </w:pPr>
      <w:r>
        <w:rPr>
          <w:b w:val="0"/>
          <w:color w:val="1C1917"/>
          <w:sz w:val="20"/>
        </w:rPr>
        <w:t>Herzliche Grüße,</w:t>
      </w:r>
    </w:p>
    <w:p>
      <w:pPr>
        <w:spacing w:before="0" w:after="0"/>
      </w:pPr>
      <w:r>
        <w:rPr>
          <w:b w:val="0"/>
          <w:color w:val="1C1917"/>
          <w:sz w:val="20"/>
          <w:highlight w:val="lightGray"/>
        </w:rPr>
        <w:t>[Dein Name]</w:t>
      </w:r>
    </w:p>
    <w:p>
      <w:pPr>
        <w:keepNext/>
        <w:spacing w:before="170" w:after="85"/>
      </w:pPr>
      <w:commentRangeStart w:id="1"/>
      <w:r>
        <w:rPr>
          <w:b/>
          <w:color w:val="1C1917"/>
          <w:sz w:val="22"/>
        </w:rPr>
        <w:t>Nachricht per WhatsApp</w:t>
      </w:r>
      <w:commentRangeEnd w:id="1"/>
      <w:r>
        <w:rPr>
          <w:rStyle w:val="CommentReference"/>
        </w:rPr>
        <w:commentReference w:id="1"/>
      </w:r>
    </w:p>
    <w:p>
      <w:pPr>
        <w:spacing w:before="0" w:after="34"/>
      </w:pPr>
      <w:r>
        <w:rPr>
          <w:b w:val="0"/>
          <w:color w:val="1C1917"/>
          <w:sz w:val="20"/>
        </w:rPr>
        <w:t xml:space="preserve">Hallo </w:t>
      </w:r>
      <w:r>
        <w:rPr>
          <w:b w:val="0"/>
          <w:color w:val="1C1917"/>
          <w:sz w:val="20"/>
          <w:highlight w:val="lightGray"/>
        </w:rPr>
        <w:t>[Vorname 1]</w:t>
      </w:r>
      <w:r>
        <w:rPr>
          <w:b w:val="0"/>
          <w:color w:val="1C1917"/>
          <w:sz w:val="20"/>
        </w:rPr>
        <w:t xml:space="preserve">, hallo </w:t>
      </w:r>
      <w:r>
        <w:rPr>
          <w:b w:val="0"/>
          <w:color w:val="1C1917"/>
          <w:sz w:val="20"/>
          <w:highlight w:val="lightGray"/>
        </w:rPr>
        <w:t>[Vorname 2]</w:t>
      </w:r>
      <w:r>
        <w:rPr>
          <w:b w:val="0"/>
          <w:color w:val="1C1917"/>
          <w:sz w:val="20"/>
        </w:rPr>
        <w:t>,</w:t>
      </w:r>
    </w:p>
    <w:p>
      <w:pPr>
        <w:spacing w:before="0" w:after="34"/>
      </w:pPr>
      <w:r>
        <w:rPr>
          <w:b w:val="0"/>
          <w:color w:val="1C1917"/>
          <w:sz w:val="20"/>
        </w:rPr>
        <w:t xml:space="preserve">ich denke noch gern an euren Hochzeitstag zurück. Wenn ihr mögt, schreibt auf Google ein paar ehrliche Worte über eure Bilder, hier geht es direkt zur Bewertung </w:t>
      </w:r>
      <w:r>
        <w:rPr>
          <w:b w:val="0"/>
          <w:color w:val="1C1917"/>
          <w:sz w:val="20"/>
          <w:highlight w:val="lightGray"/>
        </w:rPr>
        <w:t>[Link]</w:t>
      </w:r>
      <w:r>
        <w:rPr>
          <w:b w:val="0"/>
          <w:color w:val="1C1917"/>
          <w:sz w:val="20"/>
        </w:rPr>
        <w:t>.</w:t>
      </w:r>
    </w:p>
    <w:p>
      <w:pPr>
        <w:spacing w:before="0" w:after="34"/>
      </w:pPr>
      <w:r>
        <w:rPr>
          <w:b w:val="0"/>
          <w:color w:val="1C1917"/>
          <w:sz w:val="20"/>
          <w:highlight w:val="lightGray"/>
        </w:rPr>
        <w:t>Falls ihr solche Nachrichten von mir nicht mehr bekommen möchtet, könnt ihr dem jederzeit widersprechen, eine kurze Antwort genügt. Außer den Übermittlungskosten nach den Basistarifen entstehen euch dafür keine Kosten.</w:t>
      </w:r>
    </w:p>
    <w:p>
      <w:pPr>
        <w:spacing w:before="0" w:after="0"/>
      </w:pPr>
      <w:r>
        <w:rPr>
          <w:b w:val="0"/>
          <w:color w:val="1C1917"/>
          <w:sz w:val="20"/>
        </w:rPr>
        <w:t>Liebe Grüße,</w:t>
      </w:r>
    </w:p>
    <w:p>
      <w:pPr>
        <w:spacing w:before="0" w:after="0"/>
      </w:pPr>
      <w:r>
        <w:rPr>
          <w:b w:val="0"/>
          <w:color w:val="1C1917"/>
          <w:sz w:val="20"/>
          <w:highlight w:val="lightGray"/>
        </w:rPr>
        <w:t>[Dein Name]</w:t>
      </w:r>
    </w:p>
    <w:p>
      <w:pPr>
        <w:keepNext/>
        <w:spacing w:before="170" w:after="85"/>
      </w:pPr>
      <w:commentRangeStart w:id="2"/>
      <w:r>
        <w:rPr>
          <w:b/>
          <w:color w:val="1C1917"/>
          <w:sz w:val="22"/>
        </w:rPr>
        <w:t>Eine Erinnerung, falls nichts kam</w:t>
      </w:r>
      <w:commentRangeEnd w:id="2"/>
      <w:r>
        <w:rPr>
          <w:rStyle w:val="CommentReference"/>
        </w:rPr>
        <w:commentReference w:id="2"/>
      </w:r>
    </w:p>
    <w:p>
      <w:pPr>
        <w:spacing w:before="0" w:after="34"/>
      </w:pPr>
      <w:r>
        <w:rPr>
          <w:b w:val="0"/>
          <w:color w:val="1C1917"/>
          <w:sz w:val="20"/>
        </w:rPr>
        <w:t xml:space="preserve">Liebe </w:t>
      </w:r>
      <w:r>
        <w:rPr>
          <w:b w:val="0"/>
          <w:color w:val="1C1917"/>
          <w:sz w:val="20"/>
          <w:highlight w:val="lightGray"/>
        </w:rPr>
        <w:t>[Vorname 1]</w:t>
      </w:r>
      <w:r>
        <w:rPr>
          <w:b w:val="0"/>
          <w:color w:val="1C1917"/>
          <w:sz w:val="20"/>
        </w:rPr>
        <w:t xml:space="preserve">, lieber </w:t>
      </w:r>
      <w:r>
        <w:rPr>
          <w:b w:val="0"/>
          <w:color w:val="1C1917"/>
          <w:sz w:val="20"/>
          <w:highlight w:val="lightGray"/>
        </w:rPr>
        <w:t>[Vorname 2]</w:t>
      </w:r>
      <w:r>
        <w:rPr>
          <w:b w:val="0"/>
          <w:color w:val="1C1917"/>
          <w:sz w:val="20"/>
        </w:rPr>
        <w:t>,</w:t>
      </w:r>
    </w:p>
    <w:p>
      <w:pPr>
        <w:spacing w:before="0" w:after="34"/>
      </w:pPr>
      <w:r>
        <w:rPr>
          <w:b w:val="0"/>
          <w:color w:val="1C1917"/>
          <w:sz w:val="20"/>
        </w:rPr>
        <w:t xml:space="preserve">ich erinnere nur kurz an meine Bitte von letzter Woche, falls sie im Trubel untergegangen ist. Hier ist der Link noch einmal </w:t>
      </w:r>
      <w:r>
        <w:rPr>
          <w:b w:val="0"/>
          <w:color w:val="1C1917"/>
          <w:sz w:val="20"/>
          <w:highlight w:val="lightGray"/>
        </w:rPr>
        <w:t>[Link]</w:t>
      </w:r>
      <w:r>
        <w:rPr>
          <w:b w:val="0"/>
          <w:color w:val="1C1917"/>
          <w:sz w:val="20"/>
        </w:rPr>
        <w:t>. Wenn euch gerade nicht danach ist, ist das völlig in Ordnung, dann frage ich nicht weiter.</w:t>
      </w:r>
    </w:p>
    <w:p>
      <w:pPr>
        <w:spacing w:before="0" w:after="34"/>
      </w:pPr>
      <w:r>
        <w:rPr>
          <w:b w:val="0"/>
          <w:color w:val="1C1917"/>
          <w:sz w:val="20"/>
          <w:highlight w:val="lightGray"/>
        </w:rPr>
        <w:t>Der Nutzung eurer Mailadresse für solche Bitten könnt ihr jederzeit widersprechen, eine kurze Antwort genügt. Außer den Übermittlungskosten nach den Basistarifen entstehen euch dafür keine Kosten.</w:t>
      </w:r>
    </w:p>
    <w:p>
      <w:pPr>
        <w:spacing w:before="0" w:after="0"/>
      </w:pPr>
      <w:r>
        <w:rPr>
          <w:b w:val="0"/>
          <w:color w:val="1C1917"/>
          <w:sz w:val="20"/>
        </w:rPr>
        <w:t>Herzliche Grüße,</w:t>
      </w:r>
    </w:p>
    <w:p>
      <w:pPr>
        <w:spacing w:before="0" w:after="0"/>
      </w:pPr>
      <w:r>
        <w:rPr>
          <w:b w:val="0"/>
          <w:color w:val="1C1917"/>
          <w:sz w:val="20"/>
          <w:highlight w:val="lightGray"/>
        </w:rPr>
        <w:t>[Dein Name]</w:t>
      </w:r>
    </w:p>
    <w:p>
      <w:pPr>
        <w:sectPr>
          <w:footerReference w:type="default" r:id="rId9"/>
          <w:pgSz w:w="11906" w:h="16838"/>
          <w:pgMar w:top="1134" w:right="1134" w:bottom="1134" w:left="1134" w:header="510" w:footer="510" w:gutter="0"/>
          <w:cols w:space="720"/>
          <w:docGrid w:linePitch="360"/>
        </w:sectPr>
      </w:pPr>
    </w:p>
    <w:p>
      <w:pPr>
        <w:spacing w:before="0" w:after="85"/>
      </w:pPr>
      <w:r>
        <w:rPr>
          <w:b/>
          <w:color w:val="1C1917"/>
          <w:sz w:val="32"/>
        </w:rPr>
        <w:t>Auf Bewertungen antworten</w:t>
      </w:r>
    </w:p>
    <w:p>
      <w:pPr>
        <w:spacing w:before="0" w:after="113"/>
      </w:pPr>
      <w:r>
        <w:rPr>
          <w:b w:val="0"/>
          <w:color w:val="78716C"/>
          <w:sz w:val="22"/>
        </w:rPr>
        <w:t>Und was Google und das Wettbewerbsrecht nicht erlauben</w:t>
      </w:r>
    </w:p>
    <w:p>
      <w:pPr>
        <w:keepNext/>
        <w:spacing w:before="170" w:after="85"/>
      </w:pPr>
      <w:r>
        <w:rPr>
          <w:b/>
          <w:color w:val="1C1917"/>
          <w:sz w:val="22"/>
        </w:rPr>
        <w:t>Antwort auf Lob</w:t>
      </w:r>
    </w:p>
    <w:p>
      <w:pPr>
        <w:spacing w:before="0" w:after="0"/>
      </w:pPr>
      <w:r>
        <w:rPr>
          <w:b w:val="0"/>
          <w:color w:val="1C1917"/>
          <w:sz w:val="20"/>
        </w:rPr>
        <w:t xml:space="preserve">Liebe </w:t>
      </w:r>
      <w:r>
        <w:rPr>
          <w:b w:val="0"/>
          <w:color w:val="1C1917"/>
          <w:sz w:val="20"/>
          <w:highlight w:val="lightGray"/>
        </w:rPr>
        <w:t>[Vorname 1]</w:t>
      </w:r>
      <w:r>
        <w:rPr>
          <w:b w:val="0"/>
          <w:color w:val="1C1917"/>
          <w:sz w:val="20"/>
        </w:rPr>
        <w:t xml:space="preserve">, danke für deine lieben Worte. Es war ein schöner Tag mit euch, und ich freue mich, dass euch die Bilder gefallen. Alles Gute für euch beide, </w:t>
      </w:r>
      <w:r>
        <w:rPr>
          <w:b w:val="0"/>
          <w:color w:val="1C1917"/>
          <w:sz w:val="20"/>
          <w:highlight w:val="lightGray"/>
        </w:rPr>
        <w:t>[Dein Name]</w:t>
      </w:r>
      <w:r>
        <w:rPr>
          <w:b w:val="0"/>
          <w:color w:val="1C1917"/>
          <w:sz w:val="20"/>
        </w:rPr>
        <w:t xml:space="preserve"> von </w:t>
      </w:r>
      <w:r>
        <w:rPr>
          <w:b w:val="0"/>
          <w:color w:val="1C1917"/>
          <w:sz w:val="20"/>
          <w:highlight w:val="lightGray"/>
        </w:rPr>
        <w:t>[Studioname]</w:t>
      </w:r>
    </w:p>
    <w:p>
      <w:pPr>
        <w:keepNext/>
        <w:spacing w:before="283" w:after="85"/>
      </w:pPr>
      <w:r>
        <w:rPr>
          <w:b/>
          <w:color w:val="1C1917"/>
          <w:sz w:val="22"/>
        </w:rPr>
        <w:t>Antwort auf Kritik</w:t>
      </w:r>
    </w:p>
    <w:p>
      <w:pPr>
        <w:spacing w:before="0" w:after="0"/>
      </w:pPr>
      <w:r>
        <w:rPr>
          <w:b w:val="0"/>
          <w:color w:val="1C1917"/>
          <w:sz w:val="20"/>
        </w:rPr>
        <w:t xml:space="preserve">Liebe </w:t>
      </w:r>
      <w:r>
        <w:rPr>
          <w:b w:val="0"/>
          <w:color w:val="1C1917"/>
          <w:sz w:val="20"/>
          <w:highlight w:val="lightGray"/>
        </w:rPr>
        <w:t>[Vorname 1]</w:t>
      </w:r>
      <w:r>
        <w:rPr>
          <w:b w:val="0"/>
          <w:color w:val="1C1917"/>
          <w:sz w:val="20"/>
        </w:rPr>
        <w:t xml:space="preserve">, danke, dass du das so offen schreibst. Es tut mir leid, dass </w:t>
      </w:r>
      <w:r>
        <w:rPr>
          <w:b w:val="0"/>
          <w:color w:val="1C1917"/>
          <w:sz w:val="20"/>
          <w:highlight w:val="lightGray"/>
        </w:rPr>
        <w:t>[Anlass]</w:t>
      </w:r>
      <w:r>
        <w:rPr>
          <w:b w:val="0"/>
          <w:color w:val="1C1917"/>
          <w:sz w:val="20"/>
        </w:rPr>
        <w:t xml:space="preserve">, das hätte ich dir früher sagen müssen. Ich würde gern mit dir darüber sprechen, schreib mir an </w:t>
      </w:r>
      <w:r>
        <w:rPr>
          <w:b w:val="0"/>
          <w:color w:val="1C1917"/>
          <w:sz w:val="20"/>
          <w:highlight w:val="lightGray"/>
        </w:rPr>
        <w:t>[Kontakt]</w:t>
      </w:r>
      <w:r>
        <w:rPr>
          <w:b w:val="0"/>
          <w:color w:val="1C1917"/>
          <w:sz w:val="20"/>
        </w:rPr>
        <w:t xml:space="preserve"> oder ruf im Studio an. </w:t>
      </w:r>
      <w:r>
        <w:rPr>
          <w:b w:val="0"/>
          <w:color w:val="1C1917"/>
          <w:sz w:val="20"/>
          <w:highlight w:val="lightGray"/>
        </w:rPr>
        <w:t>[Dein Name]</w:t>
      </w:r>
      <w:r>
        <w:rPr>
          <w:b w:val="0"/>
          <w:color w:val="1C1917"/>
          <w:sz w:val="20"/>
        </w:rPr>
        <w:t xml:space="preserve"> von </w:t>
      </w:r>
      <w:r>
        <w:rPr>
          <w:b w:val="0"/>
          <w:color w:val="1C1917"/>
          <w:sz w:val="20"/>
          <w:highlight w:val="lightGray"/>
        </w:rPr>
        <w:t>[Studioname]</w:t>
      </w:r>
    </w:p>
    <w:p>
      <w:pPr>
        <w:spacing w:before="85" w:after="0"/>
      </w:pPr>
      <w:r>
        <w:rPr>
          <w:b w:val="0"/>
          <w:color w:val="78716C"/>
          <w:sz w:val="17"/>
        </w:rPr>
        <w:t>Keine privaten Daten nennen · nicht persönlich angreifen · eigene Fehler offen zugeben · Gespräch per Mail oder Telefon anbieten (Google-Hilfe).</w:t>
      </w:r>
    </w:p>
    <w:p>
      <w:pPr>
        <w:keepNext/>
        <w:spacing w:before="340" w:after="85"/>
      </w:pPr>
      <w:r>
        <w:rPr>
          <w:b/>
          <w:color w:val="1C1917"/>
          <w:sz w:val="22"/>
        </w:rPr>
        <w:t>Nicht erlaubt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7087"/>
        <w:gridCol w:w="2551"/>
      </w:tblGrid>
      <w:tr>
        <w:trPr>
          <w:cantSplit/>
          <w:tblHeader/>
        </w:trPr>
        <w:tc>
          <w:tcPr>
            <w:tcW w:type="dxa" w:w="7087"/>
          </w:tcPr>
          <w:p>
            <w:r>
              <w:rPr>
                <w:b/>
                <w:color w:val="78716C"/>
                <w:sz w:val="16"/>
              </w:rPr>
              <w:t>Punkt</w:t>
            </w:r>
          </w:p>
        </w:tc>
        <w:tc>
          <w:tcPr>
            <w:tcW w:type="dxa" w:w="2551"/>
          </w:tcPr>
          <w:p>
            <w:r>
              <w:rPr>
                <w:b/>
                <w:color w:val="78716C"/>
                <w:sz w:val="16"/>
              </w:rPr>
              <w:t>Quelle</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kein Rabatt, Geschenk, keine kostenlose Leistung für eine Bewertung oder fürs Ändern oder Löschen einer negativen</w:t>
            </w:r>
          </w:p>
        </w:tc>
        <w:tc>
          <w:tcPr>
            <w:tcW w:type="dxa" w:w="2551"/>
          </w:tcPr>
          <w:p>
            <w:r>
              <w:rPr>
                <w:b w:val="0"/>
                <w:color w:val="78716C"/>
                <w:sz w:val="16"/>
              </w:rPr>
              <w:t>Google-Richtlinien</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nicht gezielt nur Zufriedene um positive Bewertungen bitten, keine Inhalte vorgeben</w:t>
            </w:r>
          </w:p>
        </w:tc>
        <w:tc>
          <w:tcPr>
            <w:tcW w:type="dxa" w:w="2551"/>
          </w:tcPr>
          <w:p>
            <w:r>
              <w:rPr>
                <w:b w:val="0"/>
                <w:color w:val="78716C"/>
                <w:sz w:val="16"/>
              </w:rPr>
              <w:t>Google-Richtlinien</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nicht vor Ort zum Bewerten auffordern oder unter Druck setzen</w:t>
            </w:r>
          </w:p>
        </w:tc>
        <w:tc>
          <w:tcPr>
            <w:tcW w:type="dxa" w:w="2551"/>
          </w:tcPr>
          <w:p>
            <w:r>
              <w:rPr>
                <w:b w:val="0"/>
                <w:color w:val="78716C"/>
                <w:sz w:val="16"/>
              </w:rPr>
              <w:t>Google-Richtlinien</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keine Bewertungen von Familie oder Team</w:t>
            </w:r>
          </w:p>
        </w:tc>
        <w:tc>
          <w:tcPr>
            <w:tcW w:type="dxa" w:w="2551"/>
          </w:tcPr>
          <w:p>
            <w:r>
              <w:rPr>
                <w:b w:val="0"/>
                <w:color w:val="78716C"/>
                <w:sz w:val="16"/>
              </w:rPr>
              <w:t>Google: Interessenkonflikt</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keine gefälschten Bewertungen übermitteln oder beauftragen</w:t>
            </w:r>
          </w:p>
        </w:tc>
        <w:tc>
          <w:tcPr>
            <w:tcW w:type="dxa" w:w="2551"/>
          </w:tcPr>
          <w:p>
            <w:r>
              <w:rPr>
                <w:b w:val="0"/>
                <w:color w:val="78716C"/>
                <w:sz w:val="16"/>
              </w:rPr>
              <w:t>Anhang Nr. 23c zu § 3 Abs. 3 UWG</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Bewertungen auf der eigenen Website nur mit Angabe, ob und wie du ihre Echtheit prüfst</w:t>
            </w:r>
          </w:p>
        </w:tc>
        <w:tc>
          <w:tcPr>
            <w:tcW w:type="dxa" w:w="2551"/>
          </w:tcPr>
          <w:p>
            <w:r>
              <w:rPr>
                <w:b w:val="0"/>
                <w:color w:val="78716C"/>
                <w:sz w:val="16"/>
              </w:rPr>
              <w:t>§ 5b Abs. 3 UWG</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nicht behaupten, sie stammten von echten Kundinnen, ohne das angemessen zu prüfen</w:t>
            </w:r>
          </w:p>
        </w:tc>
        <w:tc>
          <w:tcPr>
            <w:tcW w:type="dxa" w:w="2551"/>
          </w:tcPr>
          <w:p>
            <w:r>
              <w:rPr>
                <w:b w:val="0"/>
                <w:color w:val="78716C"/>
                <w:sz w:val="16"/>
              </w:rPr>
              <w:t>Anhang Nr. 23b zu § 3 Abs. 3 UWG</w:t>
            </w:r>
          </w:p>
        </w:tc>
      </w:tr>
      <w:tr>
        <w:trPr>
          <w:cantSplit/>
        </w:trPr>
        <w:tc>
          <w:tcPr>
            <w:tcW w:type="dxa" w:w="7087"/>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Fotos des Paares nur mit Einwilligung zeigen</w:t>
            </w:r>
          </w:p>
        </w:tc>
        <w:tc>
          <w:tcPr>
            <w:tcW w:type="dxa" w:w="2551"/>
          </w:tcPr>
          <w:p>
            <w:r>
              <w:rPr>
                <w:b w:val="0"/>
                <w:color w:val="78716C"/>
                <w:sz w:val="16"/>
              </w:rPr>
              <w:t>§ 22 KUG</w:t>
            </w:r>
          </w:p>
        </w:tc>
      </w:tr>
    </w:tbl>
    <w:p>
      <w:pPr>
        <w:keepNext/>
        <w:spacing w:before="340" w:after="85"/>
      </w:pPr>
      <w:commentRangeStart w:id="3"/>
      <w:r>
        <w:rPr>
          <w:b/>
          <w:color w:val="1C1917"/>
          <w:sz w:val="22"/>
        </w:rPr>
        <w:t>Hinweis beim Erheben der Adresse</w:t>
      </w:r>
      <w:commentRangeEnd w:id="3"/>
      <w:r>
        <w:rPr>
          <w:rStyle w:val="CommentReference"/>
        </w:rPr>
        <w:commentReference w:id="3"/>
      </w:r>
      <w:r>
        <w:rPr>
          <w:b w:val="0"/>
          <w:color w:val="78716C"/>
          <w:sz w:val="18"/>
        </w:rPr>
        <w:t xml:space="preserve">  dort, wo du die Adresse zuerst bekommst</w:t>
      </w:r>
    </w:p>
    <w:p>
      <w:pPr>
        <w:spacing w:before="0" w:after="0"/>
      </w:pPr>
      <w:r>
        <w:rPr>
          <w:b w:val="0"/>
          <w:color w:val="1C1917"/>
          <w:sz w:val="20"/>
        </w:rPr>
        <w:t>Wir nutzen deine Mailadresse nach dem Termin auch, um dich um Feedback und eine Bewertung zu bitten. Du kannst dieser Verwendung jederzeit widersprechen, ohne dass dir dafür andere als die Übermittlungskosten nach den Basistarifen entstehen.</w:t>
      </w:r>
    </w:p>
    <w:sectPr w:rsidR="00FC693F" w:rsidRPr="0006063C" w:rsidSect="00034616">
      <w:pgSz w:w="11906" w:h="16838"/>
      <w:pgMar w:top="1134" w:right="1134" w:bottom="1134" w:left="1134" w:header="510" w:footer="51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sicht.app" w:initials="sa" w:date="2026-10-26T14:19:20Z">
    <w:p>
      <w:pPr>
        <w:pStyle w:val="CommentText"/>
      </w:pPr>
      <w:r>
        <w:rPr>
          <w:rStyle w:val="CommentReference"/>
        </w:rPr>
        <w:annotationRef/>
      </w:r>
      <w:r>
        <w:t>Pflicht, wenn du dich auf die Ausnahme nach § 7 Abs. 3 UWG stützt.</w:t>
      </w:r>
    </w:p>
  </w:comment>
  <w:comment w:id="1" w:author="sicht.app" w:initials="sa" w:date="2026-10-26T14:19:20Z">
    <w:p>
      <w:pPr>
        <w:pStyle w:val="CommentText"/>
      </w:pPr>
      <w:r>
        <w:rPr>
          <w:rStyle w:val="CommentReference"/>
        </w:rPr>
        <w:annotationRef/>
      </w:r>
      <w:r>
        <w:t>Rechtslage für WhatsApp nicht sicher geklärt; der volle Satz aus der Mail steht deshalb auch hier.</w:t>
      </w:r>
    </w:p>
  </w:comment>
  <w:comment w:id="2" w:author="sicht.app" w:initials="sa" w:date="2026-10-26T14:19:20Z">
    <w:p>
      <w:pPr>
        <w:pStyle w:val="CommentText"/>
      </w:pPr>
      <w:r>
        <w:rPr>
          <w:rStyle w:val="CommentReference"/>
        </w:rPr>
        <w:annotationRef/>
      </w:r>
      <w:r>
        <w:t>Höchstens einmal.</w:t>
      </w:r>
    </w:p>
  </w:comment>
  <w:comment w:id="3" w:author="sicht.app" w:initials="sa" w:date="2026-10-26T14:19:20Z">
    <w:p>
      <w:pPr>
        <w:pStyle w:val="CommentText"/>
      </w:pPr>
      <w:r>
        <w:rPr>
          <w:rStyle w:val="CommentReference"/>
        </w:rPr>
        <w:annotationRef/>
      </w:r>
      <w:r>
        <w:t>Ersetzt keine Prüfung, ob die Ausnahme in deinem Fall greift.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sicht.app/ratgeber/google-bewertung-bitten/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comments" Target="comment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Mustertexte für Google-Bewertungen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