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13"/>
      </w:pPr>
      <w:r>
        <w:rPr>
          <w:b/>
          <w:color w:val="1C1917"/>
          <w:sz w:val="32"/>
        </w:rPr>
        <w:t>Einverständniserklärung für Fotos</w:t>
      </w:r>
    </w:p>
    <w:p>
      <w:pPr>
        <w:spacing w:before="0" w:after="57"/>
      </w:pPr>
      <w:r>
        <w:rPr>
          <w:b w:val="0"/>
          <w:color w:val="78716C"/>
          <w:sz w:val="18"/>
          <w:highlight w:val="lightGray"/>
        </w:rPr>
        <w:t>Vor dem Versand löschen: Diese Vorlage hilft dir, die Einwilligung zum Zeigen von Fotos einzuholen. Eine Entscheidung, ob für Studios auch das Kunsturhebergesetz gilt, haben wir nicht gefunden; die Vorlage folgt der DSGVO. Keine Kästchen vorab ankreuzen, die Buchung nicht von der Einwilligung abhängig machen.</w:t>
      </w:r>
    </w:p>
    <w:p>
      <w:pPr>
        <w:spacing w:before="0" w:after="57"/>
      </w:pPr>
      <w:r>
        <w:rPr>
          <w:b w:val="0"/>
          <w:color w:val="78716C"/>
          <w:sz w:val="18"/>
          <w:highlight w:val="lightGray"/>
        </w:rPr>
        <w:t>Vor dem Versand löschen: Unverbindliche Vorlage, Stand 26.10.2026. Ohne Gewähr für Vollständigkeit, Richtigkeit und Aktualität. Ersetzt keine Rechts- oder Steuerberatung – prüfe sie vor der Verwendung für deinen Fall.</w:t>
      </w:r>
    </w:p>
    <w:p>
      <w:pPr>
        <w:spacing w:before="113" w:after="0"/>
      </w:pPr>
      <w:r>
        <w:rPr>
          <w:b w:val="0"/>
          <w:color w:val="1C1917"/>
          <w:sz w:val="20"/>
        </w:rPr>
        <w:t xml:space="preserve">Liebe </w:t>
      </w:r>
      <w:commentRangeStart w:id="0"/>
      <w:r>
        <w:rPr>
          <w:b w:val="0"/>
          <w:color w:val="1C1917"/>
          <w:sz w:val="20"/>
          <w:highlight w:val="lightGray"/>
        </w:rPr>
        <w:t>[Vorname 1]</w:t>
      </w:r>
      <w:commentRangeEnd w:id="0"/>
      <w:r>
        <w:rPr>
          <w:rStyle w:val="CommentReference"/>
        </w:rPr>
        <w:commentReference w:id="0"/>
      </w:r>
      <w:r>
        <w:rPr>
          <w:b w:val="0"/>
          <w:color w:val="1C1917"/>
          <w:sz w:val="20"/>
        </w:rPr>
        <w:t xml:space="preserve">, lieber </w:t>
      </w:r>
      <w:r>
        <w:rPr>
          <w:b w:val="0"/>
          <w:color w:val="1C1917"/>
          <w:sz w:val="20"/>
          <w:highlight w:val="lightGray"/>
        </w:rPr>
        <w:t>[Vorname 2]</w:t>
      </w:r>
      <w:r>
        <w:rPr>
          <w:b w:val="0"/>
          <w:color w:val="1C1917"/>
          <w:sz w:val="20"/>
        </w:rPr>
        <w:t>, ich würde gern einige Bilder von euch zeigen. Ob und wo, entscheidet ihr, und jede und jeder von euch kreuzt für sich an. Was ihr nicht ankreuzt, zeige ich nicht. Eure Buchung hängt nicht davon ab.</w:t>
      </w:r>
    </w:p>
    <w:p>
      <w:pPr>
        <w:keepNext/>
        <w:spacing w:before="170" w:after="85"/>
      </w:pPr>
      <w:r>
        <w:rPr>
          <w:b/>
          <w:color w:val="1C1917"/>
          <w:sz w:val="22"/>
        </w:rPr>
        <w:t>Wer die Bilder zeigt</w:t>
      </w:r>
    </w:p>
    <w:p>
      <w:pPr>
        <w:spacing w:before="0" w:after="0"/>
      </w:pPr>
      <w:r>
        <w:rPr>
          <w:b w:val="0"/>
          <w:color w:val="1C1917"/>
          <w:sz w:val="20"/>
          <w:highlight w:val="lightGray"/>
        </w:rPr>
        <w:t>[Studio]</w:t>
      </w:r>
      <w:r>
        <w:rPr>
          <w:b w:val="0"/>
          <w:color w:val="1C1917"/>
          <w:sz w:val="20"/>
        </w:rPr>
        <w:t xml:space="preserve">, </w:t>
      </w:r>
      <w:r>
        <w:rPr>
          <w:b w:val="0"/>
          <w:color w:val="1C1917"/>
          <w:sz w:val="20"/>
          <w:highlight w:val="lightGray"/>
        </w:rPr>
        <w:t>[Inhaberin]</w:t>
      </w:r>
      <w:r>
        <w:rPr>
          <w:b w:val="0"/>
          <w:color w:val="1C1917"/>
          <w:sz w:val="20"/>
        </w:rPr>
        <w:t xml:space="preserve">, </w:t>
      </w:r>
      <w:r>
        <w:rPr>
          <w:b w:val="0"/>
          <w:color w:val="1C1917"/>
          <w:sz w:val="20"/>
          <w:highlight w:val="lightGray"/>
        </w:rPr>
        <w:t>[Anschrift]</w:t>
      </w:r>
      <w:r>
        <w:rPr>
          <w:b w:val="0"/>
          <w:color w:val="1C1917"/>
          <w:sz w:val="20"/>
        </w:rPr>
        <w:t xml:space="preserve">, </w:t>
      </w:r>
      <w:r>
        <w:rPr>
          <w:b w:val="0"/>
          <w:color w:val="1C1917"/>
          <w:sz w:val="20"/>
          <w:highlight w:val="lightGray"/>
        </w:rPr>
        <w:t>[Mailadresse]</w:t>
      </w:r>
    </w:p>
    <w:p>
      <w:pPr>
        <w:keepNext/>
        <w:spacing w:before="170" w:after="85"/>
      </w:pPr>
      <w:commentRangeStart w:id="1"/>
      <w:r>
        <w:rPr>
          <w:b/>
          <w:color w:val="1C1917"/>
          <w:sz w:val="22"/>
        </w:rPr>
        <w:t>Welche Aufnahmen</w:t>
      </w:r>
      <w:commentRangeEnd w:id="1"/>
      <w:r>
        <w:rPr>
          <w:rStyle w:val="CommentReference"/>
        </w:rPr>
        <w:commentReference w:id="1"/>
      </w:r>
      <w:r>
        <w:rPr>
          <w:b w:val="0"/>
          <w:color w:val="78716C"/>
          <w:sz w:val="18"/>
        </w:rPr>
        <w:t xml:space="preserve">  eine oder mehrere</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56" w:type="dxa"/>
          <w:right w:w="56" w:type="dxa"/>
        </w:tblCellMar>
      </w:tblPr>
      <w:tblGrid>
        <w:gridCol w:w="9638"/>
      </w:tblGrid>
      <w:tr>
        <w:trPr>
          <w:cantSplit/>
        </w:trPr>
        <w:tc>
          <w:tcPr>
            <w:tcW w:type="dxa" w:w="9638"/>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 xml:space="preserve">Reportage vom Hochzeitstag am </w:t>
            </w:r>
            <w:r>
              <w:rPr>
                <w:b w:val="0"/>
                <w:color w:val="1C1917"/>
                <w:sz w:val="18"/>
                <w:highlight w:val="lightGray"/>
              </w:rPr>
              <w:t>[Datum]</w:t>
            </w:r>
          </w:p>
        </w:tc>
      </w:tr>
      <w:tr>
        <w:trPr>
          <w:cantSplit/>
        </w:trPr>
        <w:tc>
          <w:tcPr>
            <w:tcW w:type="dxa" w:w="9638"/>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 xml:space="preserve">Bilder aus der Anprobe am </w:t>
            </w:r>
            <w:r>
              <w:rPr>
                <w:b w:val="0"/>
                <w:color w:val="1C1917"/>
                <w:sz w:val="18"/>
                <w:highlight w:val="lightGray"/>
              </w:rPr>
              <w:t>[Datum]</w:t>
            </w:r>
          </w:p>
        </w:tc>
      </w:tr>
      <w:tr>
        <w:trPr>
          <w:cantSplit/>
        </w:trPr>
        <w:tc>
          <w:tcPr>
            <w:tcW w:type="dxa" w:w="9638"/>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Vorher-Bild beim Styling</w:t>
            </w:r>
          </w:p>
        </w:tc>
      </w:tr>
      <w:tr>
        <w:trPr>
          <w:cantSplit/>
        </w:trPr>
        <w:tc>
          <w:tcPr>
            <w:tcW w:type="dxa" w:w="9638"/>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Nachher-Bild beim Styling</w:t>
            </w:r>
          </w:p>
        </w:tc>
      </w:tr>
    </w:tbl>
    <w:p>
      <w:pPr>
        <w:keepNext/>
        <w:spacing w:before="170" w:after="85"/>
      </w:pPr>
      <w:r>
        <w:rPr>
          <w:b/>
          <w:color w:val="1C1917"/>
          <w:sz w:val="22"/>
        </w:rPr>
        <w:t>Wofür</w:t>
      </w:r>
      <w:r>
        <w:rPr>
          <w:b w:val="0"/>
          <w:color w:val="78716C"/>
          <w:sz w:val="18"/>
        </w:rPr>
        <w:t xml:space="preserve">  je Zweck und je Person ein eigenes Kästchen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6803"/>
        <w:gridCol w:w="1417"/>
        <w:gridCol w:w="1417"/>
      </w:tblGrid>
      <w:tr>
        <w:trPr>
          <w:cantSplit/>
          <w:tblHeader/>
        </w:trPr>
        <w:tc>
          <w:tcPr>
            <w:tcW w:type="dxa" w:w="6803"/>
          </w:tcPr>
          <w:p>
            <w:r>
              <w:rPr>
                <w:b/>
                <w:color w:val="78716C"/>
                <w:sz w:val="16"/>
              </w:rPr>
              <w:t>Zweck</w:t>
            </w:r>
          </w:p>
        </w:tc>
        <w:tc>
          <w:tcPr>
            <w:tcW w:type="dxa" w:w="1417"/>
          </w:tcPr>
          <w:p>
            <w:pPr>
              <w:jc w:val="center"/>
            </w:pPr>
            <w:r>
              <w:rPr>
                <w:b/>
                <w:color w:val="78716C"/>
                <w:sz w:val="16"/>
                <w:highlight w:val="lightGray"/>
              </w:rPr>
              <w:t>[Vorname 1]</w:t>
            </w:r>
          </w:p>
        </w:tc>
        <w:tc>
          <w:tcPr>
            <w:tcW w:type="dxa" w:w="1417"/>
          </w:tcPr>
          <w:p>
            <w:pPr>
              <w:jc w:val="center"/>
            </w:pPr>
            <w:r>
              <w:rPr>
                <w:b/>
                <w:color w:val="78716C"/>
                <w:sz w:val="16"/>
                <w:highlight w:val="lightGray"/>
              </w:rPr>
              <w:t>[Vorname 2]</w:t>
            </w:r>
          </w:p>
        </w:tc>
      </w:tr>
      <w:tr>
        <w:trPr>
          <w:cantSplit/>
        </w:trPr>
        <w:tc>
          <w:tcPr>
            <w:tcW w:type="dxa" w:w="6803"/>
          </w:tcPr>
          <w:p>
            <w:r>
              <w:rPr>
                <w:b w:val="0"/>
                <w:color w:val="1C1917"/>
                <w:sz w:val="18"/>
              </w:rPr>
              <w:t>Meine Website (</w:t>
            </w:r>
            <w:r>
              <w:rPr>
                <w:b w:val="0"/>
                <w:color w:val="1C1917"/>
                <w:sz w:val="18"/>
                <w:highlight w:val="lightGray"/>
              </w:rPr>
              <w:t>[Adresse der Website]</w:t>
            </w:r>
            <w:r>
              <w:rPr>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r>
      <w:tr>
        <w:trPr>
          <w:cantSplit/>
        </w:trPr>
        <w:tc>
          <w:tcPr>
            <w:tcW w:type="dxa" w:w="6803"/>
          </w:tcPr>
          <w:p>
            <w:r>
              <w:rPr>
                <w:b w:val="0"/>
                <w:color w:val="1C1917"/>
                <w:sz w:val="18"/>
              </w:rPr>
              <w:t>Social Media (</w:t>
            </w:r>
            <w:r>
              <w:rPr>
                <w:b w:val="0"/>
                <w:color w:val="1C1917"/>
                <w:sz w:val="18"/>
                <w:highlight w:val="lightGray"/>
              </w:rPr>
              <w:t>[Kanäle, z. B. Instagram]</w:t>
            </w:r>
            <w:r>
              <w:rPr>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r>
      <w:tr>
        <w:trPr>
          <w:cantSplit/>
        </w:trPr>
        <w:tc>
          <w:tcPr>
            <w:tcW w:type="dxa" w:w="6803"/>
          </w:tcPr>
          <w:p>
            <w:r>
              <w:rPr>
                <w:b w:val="0"/>
                <w:color w:val="1C1917"/>
                <w:sz w:val="18"/>
              </w:rPr>
              <w:t>Portfolio (gedruckte Mappe im Studio)</w:t>
            </w:r>
          </w:p>
        </w:tc>
        <w:tc>
          <w:tcPr>
            <w:tcW w:type="dxa" w:w="1417"/>
          </w:tcPr>
          <w:p>
            <w:pPr>
              <w:jc w:val="center"/>
            </w:pPr>
            <w:r>
              <w:rPr>
                <w:rFonts w:ascii="Segoe UI Symbol" w:hAnsi="Segoe UI Symbol" w:eastAsia="Segoe UI Symbol" w:cs="Segoe UI Symbol"/>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r>
      <w:tr>
        <w:trPr>
          <w:cantSplit/>
        </w:trPr>
        <w:tc>
          <w:tcPr>
            <w:tcW w:type="dxa" w:w="6803"/>
          </w:tcPr>
          <w:p>
            <w:r>
              <w:rPr>
                <w:b w:val="0"/>
                <w:color w:val="1C1917"/>
                <w:sz w:val="18"/>
              </w:rPr>
              <w:t>Wettbewerbe (Einreichung bei Fotowettbewerben; der Veranstalter kann die Bilder zeigen)</w:t>
            </w:r>
          </w:p>
        </w:tc>
        <w:tc>
          <w:tcPr>
            <w:tcW w:type="dxa" w:w="1417"/>
          </w:tcPr>
          <w:p>
            <w:pPr>
              <w:jc w:val="center"/>
            </w:pPr>
            <w:r>
              <w:rPr>
                <w:rFonts w:ascii="Segoe UI Symbol" w:hAnsi="Segoe UI Symbol" w:eastAsia="Segoe UI Symbol" w:cs="Segoe UI Symbol"/>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r>
      <w:tr>
        <w:trPr>
          <w:cantSplit/>
        </w:trPr>
        <w:tc>
          <w:tcPr>
            <w:tcW w:type="dxa" w:w="6803"/>
          </w:tcPr>
          <w:p>
            <w:r>
              <w:rPr>
                <w:b w:val="0"/>
                <w:color w:val="1C1917"/>
                <w:sz w:val="18"/>
              </w:rPr>
              <w:t>Erst nach dem Hochzeitstag zeigen</w:t>
            </w:r>
          </w:p>
        </w:tc>
        <w:tc>
          <w:tcPr>
            <w:tcW w:type="dxa" w:w="1417"/>
          </w:tcPr>
          <w:p>
            <w:pPr>
              <w:jc w:val="center"/>
            </w:pPr>
            <w:r>
              <w:rPr>
                <w:rFonts w:ascii="Segoe UI Symbol" w:hAnsi="Segoe UI Symbol" w:eastAsia="Segoe UI Symbol" w:cs="Segoe UI Symbol"/>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r>
      <w:tr>
        <w:trPr>
          <w:cantSplit/>
        </w:trPr>
        <w:tc>
          <w:tcPr>
            <w:tcW w:type="dxa" w:w="6803"/>
          </w:tcPr>
          <w:p>
            <w:r>
              <w:rPr>
                <w:b w:val="0"/>
                <w:color w:val="1C1917"/>
                <w:sz w:val="18"/>
              </w:rPr>
              <w:t>Mit Vornamen nennen</w:t>
            </w:r>
          </w:p>
        </w:tc>
        <w:tc>
          <w:tcPr>
            <w:tcW w:type="dxa" w:w="1417"/>
          </w:tcPr>
          <w:p>
            <w:pPr>
              <w:jc w:val="center"/>
            </w:pPr>
            <w:r>
              <w:rPr>
                <w:rFonts w:ascii="Segoe UI Symbol" w:hAnsi="Segoe UI Symbol" w:eastAsia="Segoe UI Symbol" w:cs="Segoe UI Symbol"/>
                <w:b w:val="0"/>
                <w:color w:val="1C1917"/>
                <w:sz w:val="18"/>
              </w:rPr>
              <w:t>☐</w:t>
            </w:r>
          </w:p>
        </w:tc>
        <w:tc>
          <w:tcPr>
            <w:tcW w:type="dxa" w:w="1417"/>
          </w:tcPr>
          <w:p>
            <w:pPr>
              <w:jc w:val="center"/>
            </w:pPr>
            <w:r>
              <w:rPr>
                <w:rFonts w:ascii="Segoe UI Symbol" w:hAnsi="Segoe UI Symbol" w:eastAsia="Segoe UI Symbol" w:cs="Segoe UI Symbol"/>
                <w:b w:val="0"/>
                <w:color w:val="1C1917"/>
                <w:sz w:val="18"/>
              </w:rPr>
              <w:t>☐</w:t>
            </w:r>
          </w:p>
        </w:tc>
      </w:tr>
    </w:tbl>
    <w:p>
      <w:pPr>
        <w:keepNext/>
        <w:spacing w:before="113" w:after="85"/>
      </w:pPr>
      <w:r>
        <w:rPr>
          <w:b/>
          <w:color w:val="1C1917"/>
          <w:sz w:val="22"/>
        </w:rPr>
        <w:t>Wie lange</w:t>
      </w:r>
    </w:p>
    <w:p>
      <w:pPr>
        <w:spacing w:before="0" w:after="0"/>
      </w:pPr>
      <w:r>
        <w:rPr>
          <w:b w:val="0"/>
          <w:color w:val="1C1917"/>
          <w:sz w:val="20"/>
        </w:rPr>
        <w:t xml:space="preserve">Ich zeige die Bilder </w:t>
      </w:r>
      <w:r>
        <w:rPr>
          <w:b w:val="0"/>
          <w:color w:val="1C1917"/>
          <w:sz w:val="20"/>
          <w:highlight w:val="lightGray"/>
        </w:rPr>
        <w:t>[bis zum Widerruf / bis zum TT.MM.JJJJ]</w:t>
      </w:r>
      <w:r>
        <w:rPr>
          <w:b w:val="0"/>
          <w:color w:val="1C1917"/>
          <w:sz w:val="20"/>
        </w:rPr>
        <w:t>.</w:t>
      </w:r>
    </w:p>
    <w:p>
      <w:pPr>
        <w:keepNext/>
        <w:spacing w:before="113" w:after="85"/>
      </w:pPr>
      <w:r>
        <w:rPr>
          <w:b/>
          <w:color w:val="1C1917"/>
          <w:sz w:val="22"/>
        </w:rPr>
        <w:t>Widerruf</w:t>
      </w:r>
    </w:p>
    <w:p>
      <w:pPr>
        <w:spacing w:before="0" w:after="0"/>
      </w:pPr>
      <w:r>
        <w:rPr>
          <w:b w:val="0"/>
          <w:color w:val="1C1917"/>
          <w:sz w:val="20"/>
        </w:rPr>
        <w:t xml:space="preserve">Ihr könnt diese Einwilligung jederzeit widerrufen, ganz oder für einzelne Zwecke, eine kurze Mail an </w:t>
      </w:r>
      <w:r>
        <w:rPr>
          <w:b w:val="0"/>
          <w:color w:val="1C1917"/>
          <w:sz w:val="20"/>
          <w:highlight w:val="lightGray"/>
        </w:rPr>
        <w:t>[Mailadresse]</w:t>
      </w:r>
      <w:r>
        <w:rPr>
          <w:b w:val="0"/>
          <w:color w:val="1C1917"/>
          <w:sz w:val="20"/>
        </w:rPr>
        <w:t xml:space="preserve"> genügt. Der Widerruf gilt für die Zukunft; was bis dahin gezeigt wurde, bleibt rechtmäßig. Danach nehme ich die Bilder von meiner Website, aus meinen eigenen Kanälen und aus der Mappe im Studio, und wem ich Bilder gegeben habe, dem sage ich Bescheid. Bilder, die andere schon geteilt haben, kann ich nicht in jedem Fall zurückholen.</w:t>
      </w:r>
    </w:p>
    <w:p>
      <w:pPr>
        <w:keepNext/>
        <w:spacing w:before="113" w:after="85"/>
      </w:pPr>
      <w:commentRangeStart w:id="2"/>
      <w:r>
        <w:rPr>
          <w:b/>
          <w:color w:val="1C1917"/>
          <w:sz w:val="22"/>
        </w:rPr>
        <w:t>Datenschutz</w:t>
      </w:r>
      <w:commentRangeEnd w:id="2"/>
      <w:r>
        <w:rPr>
          <w:rStyle w:val="CommentReference"/>
        </w:rPr>
        <w:commentReference w:id="2"/>
      </w:r>
    </w:p>
    <w:p>
      <w:pPr>
        <w:spacing w:before="0" w:after="0"/>
      </w:pPr>
      <w:r>
        <w:rPr>
          <w:b w:val="0"/>
          <w:color w:val="1C1917"/>
          <w:sz w:val="20"/>
        </w:rPr>
        <w:t xml:space="preserve">Rechtsgrundlage ist eure Einwilligung (Art. 6 Abs. 1 Buchstabe a DSGVO). Ihr habt unter anderem ein Recht auf Auskunft und Löschung und könnt euch bei einer Datenschutzaufsicht beschweren. Mehr in meinen Datenschutzhinweisen: </w:t>
      </w:r>
      <w:r>
        <w:rPr>
          <w:b w:val="0"/>
          <w:color w:val="1C1917"/>
          <w:sz w:val="20"/>
          <w:highlight w:val="lightGray"/>
        </w:rPr>
        <w:t>[Link]</w:t>
      </w:r>
      <w:r>
        <w:rPr>
          <w:b w:val="0"/>
          <w:color w:val="1C1917"/>
          <w:sz w:val="20"/>
        </w:rPr>
        <w:t>.</w:t>
      </w:r>
    </w:p>
    <w:p>
      <w:pPr>
        <w:spacing w:before="170" w:after="0"/>
      </w:pPr>
      <w:r>
        <w:rPr>
          <w:b w:val="0"/>
          <w:color w:val="1C1917"/>
          <w:sz w:val="20"/>
          <w:highlight w:val="lightGray"/>
        </w:rPr>
        <w:t>[Ort]</w:t>
      </w:r>
      <w:r>
        <w:rPr>
          <w:b w:val="0"/>
          <w:color w:val="1C1917"/>
          <w:sz w:val="20"/>
        </w:rPr>
        <w:t xml:space="preserve">, </w:t>
      </w:r>
      <w:r>
        <w:rPr>
          <w:b w:val="0"/>
          <w:color w:val="1C1917"/>
          <w:sz w:val="20"/>
          <w:highlight w:val="lightGray"/>
        </w:rPr>
        <w:t>[Datum]</w:t>
      </w:r>
    </w:p>
    <w:p>
      <w:pPr>
        <w:spacing w:before="340" w:after="0"/>
      </w:pPr>
    </w:p>
    <w:tbl>
      <w:tblPr>
        <w:tblW w:type="auto" w:w="0"/>
        <w:tblLayout w:type="fixed"/>
        <w:tblLook w:firstColumn="1" w:firstRow="1" w:lastColumn="0" w:lastRow="0" w:noHBand="0" w:noVBand="1" w:val="04A0"/>
        <w:tblCellMar>
          <w:top w:w="45" w:type="dxa"/>
          <w:bottom w:w="45" w:type="dxa"/>
          <w:left w:w="0" w:type="dxa"/>
          <w:right w:w="0" w:type="dxa"/>
        </w:tblCellMar>
        <w:tblBorders>
          <w:top w:val="nil"/>
          <w:left w:val="nil"/>
          <w:bottom w:val="nil"/>
          <w:right w:val="nil"/>
          <w:insideH w:val="nil"/>
          <w:insideV w:val="nil"/>
        </w:tblBorders>
      </w:tblPr>
      <w:tblGrid>
        <w:gridCol w:w="4252"/>
        <w:gridCol w:w="1134"/>
        <w:gridCol w:w="4252"/>
      </w:tblGrid>
      <w:tr>
        <w:tc>
          <w:tcPr>
            <w:tcW w:type="dxa" w:w="4252"/>
            <w:tcBorders>
              <w:top w:val="single" w:sz="4" w:color="78716C"/>
            </w:tcBorders>
          </w:tcPr>
          <w:p>
            <w:r>
              <w:rPr>
                <w:b w:val="0"/>
                <w:color w:val="78716C"/>
                <w:sz w:val="16"/>
                <w:highlight w:val="lightGray"/>
              </w:rPr>
              <w:t>[Name 1]</w:t>
            </w:r>
          </w:p>
        </w:tc>
        <w:tc>
          <w:tcPr>
            <w:tcW w:type="dxa" w:w="1134"/>
          </w:tcPr>
          <w:p/>
        </w:tc>
        <w:tc>
          <w:tcPr>
            <w:tcW w:type="dxa" w:w="4252"/>
            <w:tcBorders>
              <w:top w:val="single" w:sz="4" w:color="78716C"/>
            </w:tcBorders>
          </w:tcPr>
          <w:p>
            <w:r>
              <w:rPr>
                <w:b w:val="0"/>
                <w:color w:val="78716C"/>
                <w:sz w:val="16"/>
                <w:highlight w:val="lightGray"/>
              </w:rPr>
              <w:t>[Name 2]</w:t>
            </w:r>
          </w:p>
        </w:tc>
      </w:tr>
    </w:tbl>
    <w:p>
      <w:pPr>
        <w:sectPr>
          <w:footerReference w:type="default" r:id="rId9"/>
          <w:pgSz w:w="11906" w:h="16838"/>
          <w:pgMar w:top="1134" w:right="1134" w:bottom="1134" w:left="1134" w:header="510" w:footer="510" w:gutter="0"/>
          <w:cols w:space="720"/>
          <w:docGrid w:linePitch="360"/>
        </w:sectPr>
      </w:pPr>
    </w:p>
    <w:p>
      <w:pPr>
        <w:spacing w:before="0" w:after="113"/>
      </w:pPr>
      <w:r>
        <w:rPr>
          <w:b/>
          <w:color w:val="1C1917"/>
          <w:sz w:val="32"/>
        </w:rPr>
        <w:t>Kinder und weitere Personen auf den Bildern</w:t>
      </w:r>
    </w:p>
    <w:p>
      <w:pPr>
        <w:keepNext/>
        <w:spacing w:before="57" w:after="85"/>
      </w:pPr>
      <w:commentRangeStart w:id="3"/>
      <w:r>
        <w:rPr>
          <w:b/>
          <w:color w:val="1C1917"/>
          <w:sz w:val="22"/>
        </w:rPr>
        <w:t>Für ein Kind auf den Bildern</w:t>
      </w:r>
      <w:commentRangeEnd w:id="3"/>
      <w:r>
        <w:rPr>
          <w:rStyle w:val="CommentReference"/>
        </w:rPr>
        <w:commentReference w:id="3"/>
      </w:r>
      <w:r>
        <w:rPr>
          <w:b w:val="0"/>
          <w:color w:val="78716C"/>
          <w:sz w:val="18"/>
        </w:rPr>
        <w:t xml:space="preserve">  von den Eltern auszufüllen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2268"/>
        <w:gridCol w:w="7370"/>
      </w:tblGrid>
      <w:tr>
        <w:trPr>
          <w:cantSplit/>
          <w:trHeight w:val="397" w:hRule="atLeast"/>
        </w:trPr>
        <w:tc>
          <w:tcPr>
            <w:tcW w:type="dxa" w:w="2268"/>
          </w:tcPr>
          <w:p>
            <w:r>
              <w:rPr>
                <w:b w:val="0"/>
                <w:color w:val="78716C"/>
                <w:sz w:val="16"/>
              </w:rPr>
              <w:t>Name des Kindes</w:t>
            </w:r>
          </w:p>
        </w:tc>
        <w:tc>
          <w:tcPr>
            <w:tcW w:type="dxa" w:w="7370"/>
          </w:tcPr>
          <w:p/>
        </w:tc>
      </w:tr>
      <w:tr>
        <w:trPr>
          <w:cantSplit/>
          <w:trHeight w:val="397" w:hRule="atLeast"/>
        </w:trPr>
        <w:tc>
          <w:tcPr>
            <w:tcW w:type="dxa" w:w="2268"/>
          </w:tcPr>
          <w:p>
            <w:r>
              <w:rPr>
                <w:b w:val="0"/>
                <w:color w:val="78716C"/>
                <w:sz w:val="16"/>
              </w:rPr>
              <w:t>Welche Aufnahmen</w:t>
            </w:r>
          </w:p>
        </w:tc>
        <w:tc>
          <w:tcPr>
            <w:tcW w:type="dxa" w:w="7370"/>
          </w:tcPr>
          <w:p/>
        </w:tc>
      </w:tr>
    </w:tbl>
    <w:p>
      <w:pPr>
        <w:spacing w:before="85" w:after="0"/>
      </w:pPr>
      <w:r>
        <w:rPr>
          <w:b w:val="0"/>
          <w:color w:val="78716C"/>
          <w:sz w:val="18"/>
        </w:rPr>
        <w:t xml:space="preserve">Zwecke  </w:t>
      </w:r>
      <w:r>
        <w:rPr>
          <w:rFonts w:ascii="Segoe UI Symbol" w:hAnsi="Segoe UI Symbol" w:eastAsia="Segoe UI Symbol" w:cs="Segoe UI Symbol"/>
          <w:b w:val="0"/>
          <w:color w:val="1C1917"/>
          <w:sz w:val="20"/>
        </w:rPr>
        <w:t>☐</w:t>
      </w:r>
      <w:r>
        <w:rPr>
          <w:b w:val="0"/>
          <w:color w:val="1C1917"/>
          <w:sz w:val="20"/>
        </w:rPr>
        <w:t xml:space="preserve"> Website     </w:t>
      </w:r>
      <w:r>
        <w:rPr>
          <w:rFonts w:ascii="Segoe UI Symbol" w:hAnsi="Segoe UI Symbol" w:eastAsia="Segoe UI Symbol" w:cs="Segoe UI Symbol"/>
          <w:b w:val="0"/>
          <w:color w:val="1C1917"/>
          <w:sz w:val="20"/>
        </w:rPr>
        <w:t>☐</w:t>
      </w:r>
      <w:r>
        <w:rPr>
          <w:b w:val="0"/>
          <w:color w:val="1C1917"/>
          <w:sz w:val="20"/>
        </w:rPr>
        <w:t xml:space="preserve"> Social Media     </w:t>
      </w:r>
      <w:r>
        <w:rPr>
          <w:rFonts w:ascii="Segoe UI Symbol" w:hAnsi="Segoe UI Symbol" w:eastAsia="Segoe UI Symbol" w:cs="Segoe UI Symbol"/>
          <w:b w:val="0"/>
          <w:color w:val="1C1917"/>
          <w:sz w:val="20"/>
        </w:rPr>
        <w:t>☐</w:t>
      </w:r>
      <w:r>
        <w:rPr>
          <w:b w:val="0"/>
          <w:color w:val="1C1917"/>
          <w:sz w:val="20"/>
        </w:rPr>
        <w:t xml:space="preserve"> Portfolio     </w:t>
      </w:r>
      <w:r>
        <w:rPr>
          <w:rFonts w:ascii="Segoe UI Symbol" w:hAnsi="Segoe UI Symbol" w:eastAsia="Segoe UI Symbol" w:cs="Segoe UI Symbol"/>
          <w:b w:val="0"/>
          <w:color w:val="1C1917"/>
          <w:sz w:val="20"/>
        </w:rPr>
        <w:t>☐</w:t>
      </w:r>
      <w:r>
        <w:rPr>
          <w:b w:val="0"/>
          <w:color w:val="1C1917"/>
          <w:sz w:val="20"/>
        </w:rPr>
        <w:t xml:space="preserve"> Wettbewerbe     </w:t>
      </w:r>
    </w:p>
    <w:p>
      <w:pPr>
        <w:spacing w:before="85" w:after="0"/>
      </w:pPr>
      <w:r>
        <w:rPr>
          <w:b w:val="0"/>
          <w:color w:val="1C1917"/>
          <w:sz w:val="18"/>
        </w:rPr>
        <w:t xml:space="preserve">Die Einwilligung ist freiwillig. Ihr könnt sie jederzeit per Mail an </w:t>
      </w:r>
      <w:r>
        <w:rPr>
          <w:b w:val="0"/>
          <w:color w:val="1C1917"/>
          <w:sz w:val="18"/>
          <w:highlight w:val="lightGray"/>
        </w:rPr>
        <w:t>[Mailadresse]</w:t>
      </w:r>
      <w:r>
        <w:rPr>
          <w:b w:val="0"/>
          <w:color w:val="1C1917"/>
          <w:sz w:val="18"/>
        </w:rPr>
        <w:t xml:space="preserve"> widerrufen, für die Zukunft.</w:t>
      </w:r>
    </w:p>
    <w:p>
      <w:pPr>
        <w:spacing w:before="85" w:after="0"/>
      </w:pPr>
      <w:r>
        <w:rPr>
          <w:b w:val="0"/>
          <w:color w:val="78716C"/>
          <w:sz w:val="18"/>
        </w:rPr>
        <w:t xml:space="preserve">Ort, Datum  </w:t>
      </w:r>
      <w:r>
        <w:rPr>
          <w:b w:val="0"/>
          <w:color w:val="1C1917"/>
          <w:sz w:val="18"/>
          <w:highlight w:val="lightGray"/>
        </w:rPr>
        <w:t>[Ort, Datum]</w:t>
      </w:r>
    </w:p>
    <w:p>
      <w:pPr>
        <w:spacing w:before="397" w:after="0"/>
      </w:pPr>
    </w:p>
    <w:tbl>
      <w:tblPr>
        <w:tblW w:type="auto" w:w="0"/>
        <w:tblLayout w:type="fixed"/>
        <w:tblLook w:firstColumn="1" w:firstRow="1" w:lastColumn="0" w:lastRow="0" w:noHBand="0" w:noVBand="1" w:val="04A0"/>
        <w:tblCellMar>
          <w:top w:w="45" w:type="dxa"/>
          <w:bottom w:w="45" w:type="dxa"/>
          <w:left w:w="0" w:type="dxa"/>
          <w:right w:w="0" w:type="dxa"/>
        </w:tblCellMar>
        <w:tblBorders>
          <w:top w:val="nil"/>
          <w:left w:val="nil"/>
          <w:bottom w:val="nil"/>
          <w:right w:val="nil"/>
          <w:insideH w:val="nil"/>
          <w:insideV w:val="nil"/>
        </w:tblBorders>
      </w:tblPr>
      <w:tblGrid>
        <w:gridCol w:w="2948"/>
        <w:gridCol w:w="397"/>
        <w:gridCol w:w="2948"/>
        <w:gridCol w:w="397"/>
        <w:gridCol w:w="2948"/>
      </w:tblGrid>
      <w:tr>
        <w:tc>
          <w:tcPr>
            <w:tcW w:type="dxa" w:w="2948"/>
            <w:tcBorders>
              <w:top w:val="single" w:sz="4" w:color="78716C"/>
            </w:tcBorders>
          </w:tcPr>
          <w:p>
            <w:r>
              <w:rPr>
                <w:b w:val="0"/>
                <w:color w:val="78716C"/>
                <w:sz w:val="16"/>
              </w:rPr>
              <w:t>Unterschrift Elternteil 1</w:t>
            </w:r>
          </w:p>
        </w:tc>
        <w:tc>
          <w:tcPr>
            <w:tcW w:type="dxa" w:w="397"/>
          </w:tcPr>
          <w:p/>
        </w:tc>
        <w:tc>
          <w:tcPr>
            <w:tcW w:type="dxa" w:w="2948"/>
            <w:tcBorders>
              <w:top w:val="single" w:sz="4" w:color="78716C"/>
            </w:tcBorders>
          </w:tcPr>
          <w:p>
            <w:r>
              <w:rPr>
                <w:b w:val="0"/>
                <w:color w:val="78716C"/>
                <w:sz w:val="16"/>
              </w:rPr>
              <w:t>Unterschrift Elternteil 2</w:t>
            </w:r>
          </w:p>
        </w:tc>
        <w:tc>
          <w:tcPr>
            <w:tcW w:type="dxa" w:w="397"/>
          </w:tcPr>
          <w:p/>
        </w:tc>
        <w:tc>
          <w:tcPr>
            <w:tcW w:type="dxa" w:w="2948"/>
            <w:tcBorders>
              <w:top w:val="single" w:sz="4" w:color="78716C"/>
            </w:tcBorders>
          </w:tcPr>
          <w:p>
            <w:r>
              <w:rPr>
                <w:b w:val="0"/>
                <w:color w:val="78716C"/>
                <w:sz w:val="16"/>
              </w:rPr>
              <w:t>Unterschrift des Kindes, wenn es versteht, worum es geht</w:t>
            </w:r>
          </w:p>
        </w:tc>
      </w:tr>
    </w:tbl>
    <w:p>
      <w:pPr>
        <w:keepNext/>
        <w:spacing w:before="283" w:after="85"/>
      </w:pPr>
      <w:commentRangeStart w:id="4"/>
      <w:r>
        <w:rPr>
          <w:b/>
          <w:color w:val="1C1917"/>
          <w:sz w:val="22"/>
        </w:rPr>
        <w:t>Weitere Personen auf den Bildern</w:t>
      </w:r>
      <w:commentRangeEnd w:id="4"/>
      <w:r>
        <w:rPr>
          <w:rStyle w:val="CommentReference"/>
        </w:rPr>
        <w:commentReference w:id="4"/>
      </w:r>
      <w:r>
        <w:rPr>
          <w:b w:val="0"/>
          <w:color w:val="78716C"/>
          <w:sz w:val="18"/>
        </w:rPr>
        <w:t xml:space="preserve">  Trauzeugin, Familie, Gäste</w:t>
      </w:r>
    </w:p>
    <w:p>
      <w:pPr>
        <w:spacing w:before="0" w:after="57"/>
      </w:pPr>
      <w:r>
        <w:rPr>
          <w:b w:val="0"/>
          <w:color w:val="1C1917"/>
          <w:sz w:val="18"/>
          <w:highlight w:val="lightGray"/>
        </w:rPr>
        <w:t>[Studio]</w:t>
      </w:r>
      <w:r>
        <w:rPr>
          <w:b w:val="0"/>
          <w:color w:val="1C1917"/>
          <w:sz w:val="18"/>
        </w:rPr>
        <w:t xml:space="preserve"> möchte Bilder vom Hochzeitstag zeigen, auf denen ihr zu erkennen seid. Kreuzt nur an, was für euch passt, die Einwilligung ist freiwillig. Widerrufen könnt ihr jederzeit per Mail an </w:t>
      </w:r>
      <w:r>
        <w:rPr>
          <w:b w:val="0"/>
          <w:color w:val="1C1917"/>
          <w:sz w:val="18"/>
          <w:highlight w:val="lightGray"/>
        </w:rPr>
        <w:t>[Mailadresse]</w:t>
      </w:r>
      <w:r>
        <w:rPr>
          <w:b w:val="0"/>
          <w:color w:val="1C1917"/>
          <w:sz w:val="18"/>
        </w:rPr>
        <w:t xml:space="preserve">, für die Zukunft. Datenschutzhinweise: </w:t>
      </w:r>
      <w:r>
        <w:rPr>
          <w:b w:val="0"/>
          <w:color w:val="1C1917"/>
          <w:sz w:val="18"/>
          <w:highlight w:val="lightGray"/>
        </w:rPr>
        <w:t>[Link]</w:t>
      </w:r>
      <w:r>
        <w:rPr>
          <w:b w:val="0"/>
          <w:color w:val="1C1917"/>
          <w:sz w:val="18"/>
        </w:rPr>
        <w: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2721"/>
        <w:gridCol w:w="1020"/>
        <w:gridCol w:w="1361"/>
        <w:gridCol w:w="1134"/>
        <w:gridCol w:w="1361"/>
        <w:gridCol w:w="2041"/>
      </w:tblGrid>
      <w:tr>
        <w:trPr>
          <w:cantSplit/>
          <w:tblHeader/>
        </w:trPr>
        <w:tc>
          <w:tcPr>
            <w:tcW w:type="dxa" w:w="2721"/>
          </w:tcPr>
          <w:p>
            <w:r>
              <w:rPr>
                <w:b/>
                <w:color w:val="78716C"/>
                <w:sz w:val="16"/>
              </w:rPr>
              <w:t>Name</w:t>
            </w:r>
          </w:p>
        </w:tc>
        <w:tc>
          <w:tcPr>
            <w:tcW w:type="dxa" w:w="1020"/>
          </w:tcPr>
          <w:p>
            <w:pPr>
              <w:jc w:val="center"/>
            </w:pPr>
            <w:r>
              <w:rPr>
                <w:b/>
                <w:color w:val="78716C"/>
                <w:sz w:val="16"/>
              </w:rPr>
              <w:t>Website</w:t>
            </w:r>
          </w:p>
        </w:tc>
        <w:tc>
          <w:tcPr>
            <w:tcW w:type="dxa" w:w="1361"/>
          </w:tcPr>
          <w:p>
            <w:pPr>
              <w:jc w:val="center"/>
            </w:pPr>
            <w:r>
              <w:rPr>
                <w:b/>
                <w:color w:val="78716C"/>
                <w:sz w:val="16"/>
              </w:rPr>
              <w:t>Social Media</w:t>
            </w:r>
          </w:p>
        </w:tc>
        <w:tc>
          <w:tcPr>
            <w:tcW w:type="dxa" w:w="1134"/>
          </w:tcPr>
          <w:p>
            <w:pPr>
              <w:jc w:val="center"/>
            </w:pPr>
            <w:r>
              <w:rPr>
                <w:b/>
                <w:color w:val="78716C"/>
                <w:sz w:val="16"/>
              </w:rPr>
              <w:t>Portfolio</w:t>
            </w:r>
          </w:p>
        </w:tc>
        <w:tc>
          <w:tcPr>
            <w:tcW w:type="dxa" w:w="1361"/>
          </w:tcPr>
          <w:p>
            <w:pPr>
              <w:jc w:val="center"/>
            </w:pPr>
            <w:r>
              <w:rPr>
                <w:b/>
                <w:color w:val="78716C"/>
                <w:sz w:val="16"/>
              </w:rPr>
              <w:t>Wettbewerbe</w:t>
            </w:r>
          </w:p>
        </w:tc>
        <w:tc>
          <w:tcPr>
            <w:tcW w:type="dxa" w:w="2041"/>
          </w:tcPr>
          <w:p>
            <w:r>
              <w:rPr>
                <w:b/>
                <w:color w:val="78716C"/>
                <w:sz w:val="16"/>
              </w:rPr>
              <w:t>Unterschrift</w:t>
            </w:r>
          </w:p>
        </w:tc>
      </w:tr>
      <w:tr>
        <w:trPr>
          <w:cantSplit/>
          <w:trHeight w:val="425" w:hRule="atLeast"/>
        </w:trPr>
        <w:tc>
          <w:tcPr>
            <w:tcW w:type="dxa" w:w="2721"/>
          </w:tcPr>
          <w:p/>
        </w:tc>
        <w:tc>
          <w:tcPr>
            <w:tcW w:type="dxa" w:w="1020"/>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1134"/>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2041"/>
          </w:tcPr>
          <w:p/>
        </w:tc>
      </w:tr>
      <w:tr>
        <w:trPr>
          <w:cantSplit/>
          <w:trHeight w:val="425" w:hRule="atLeast"/>
        </w:trPr>
        <w:tc>
          <w:tcPr>
            <w:tcW w:type="dxa" w:w="2721"/>
          </w:tcPr>
          <w:p/>
        </w:tc>
        <w:tc>
          <w:tcPr>
            <w:tcW w:type="dxa" w:w="1020"/>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1134"/>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2041"/>
          </w:tcPr>
          <w:p/>
        </w:tc>
      </w:tr>
      <w:tr>
        <w:trPr>
          <w:cantSplit/>
          <w:trHeight w:val="425" w:hRule="atLeast"/>
        </w:trPr>
        <w:tc>
          <w:tcPr>
            <w:tcW w:type="dxa" w:w="2721"/>
          </w:tcPr>
          <w:p/>
        </w:tc>
        <w:tc>
          <w:tcPr>
            <w:tcW w:type="dxa" w:w="1020"/>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1134"/>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2041"/>
          </w:tcPr>
          <w:p/>
        </w:tc>
      </w:tr>
      <w:tr>
        <w:trPr>
          <w:cantSplit/>
          <w:trHeight w:val="425" w:hRule="atLeast"/>
        </w:trPr>
        <w:tc>
          <w:tcPr>
            <w:tcW w:type="dxa" w:w="2721"/>
          </w:tcPr>
          <w:p/>
        </w:tc>
        <w:tc>
          <w:tcPr>
            <w:tcW w:type="dxa" w:w="1020"/>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1134"/>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2041"/>
          </w:tcPr>
          <w:p/>
        </w:tc>
      </w:tr>
      <w:tr>
        <w:trPr>
          <w:cantSplit/>
          <w:trHeight w:val="425" w:hRule="atLeast"/>
        </w:trPr>
        <w:tc>
          <w:tcPr>
            <w:tcW w:type="dxa" w:w="2721"/>
          </w:tcPr>
          <w:p/>
        </w:tc>
        <w:tc>
          <w:tcPr>
            <w:tcW w:type="dxa" w:w="1020"/>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1134"/>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2041"/>
          </w:tcPr>
          <w:p/>
        </w:tc>
      </w:tr>
      <w:tr>
        <w:trPr>
          <w:cantSplit/>
          <w:trHeight w:val="425" w:hRule="atLeast"/>
        </w:trPr>
        <w:tc>
          <w:tcPr>
            <w:tcW w:type="dxa" w:w="2721"/>
          </w:tcPr>
          <w:p/>
        </w:tc>
        <w:tc>
          <w:tcPr>
            <w:tcW w:type="dxa" w:w="1020"/>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1134"/>
          </w:tcPr>
          <w:p>
            <w:pPr>
              <w:jc w:val="center"/>
            </w:pPr>
            <w:r>
              <w:rPr>
                <w:rFonts w:ascii="Segoe UI Symbol" w:hAnsi="Segoe UI Symbol" w:eastAsia="Segoe UI Symbol" w:cs="Segoe UI Symbol"/>
                <w:b w:val="0"/>
                <w:color w:val="1C1917"/>
                <w:sz w:val="18"/>
              </w:rPr>
              <w:t>☐</w:t>
            </w:r>
          </w:p>
        </w:tc>
        <w:tc>
          <w:tcPr>
            <w:tcW w:type="dxa" w:w="1361"/>
          </w:tcPr>
          <w:p>
            <w:pPr>
              <w:jc w:val="center"/>
            </w:pPr>
            <w:r>
              <w:rPr>
                <w:rFonts w:ascii="Segoe UI Symbol" w:hAnsi="Segoe UI Symbol" w:eastAsia="Segoe UI Symbol" w:cs="Segoe UI Symbol"/>
                <w:b w:val="0"/>
                <w:color w:val="1C1917"/>
                <w:sz w:val="18"/>
              </w:rPr>
              <w:t>☐</w:t>
            </w:r>
          </w:p>
        </w:tc>
        <w:tc>
          <w:tcPr>
            <w:tcW w:type="dxa" w:w="2041"/>
          </w:tcPr>
          <w:p/>
        </w:tc>
      </w:tr>
    </w:tbl>
    <w:p>
      <w:pPr>
        <w:keepNext/>
        <w:spacing w:before="283" w:after="85"/>
      </w:pPr>
      <w:r>
        <w:rPr>
          <w:b/>
          <w:color w:val="1C1917"/>
          <w:sz w:val="22"/>
        </w:rPr>
        <w:t>Bevor du ein Bild zeigst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7087"/>
        <w:gridCol w:w="2551"/>
      </w:tblGrid>
      <w:tr>
        <w:trPr>
          <w:cantSplit/>
          <w:tblHeader/>
        </w:trPr>
        <w:tc>
          <w:tcPr>
            <w:tcW w:type="dxa" w:w="7087"/>
          </w:tcPr>
          <w:p>
            <w:r>
              <w:rPr>
                <w:b/>
                <w:color w:val="78716C"/>
                <w:sz w:val="16"/>
              </w:rPr>
              <w:t>Punkt</w:t>
            </w:r>
          </w:p>
        </w:tc>
        <w:tc>
          <w:tcPr>
            <w:tcW w:type="dxa" w:w="2551"/>
          </w:tcPr>
          <w:p>
            <w:r>
              <w:rPr>
                <w:b/>
                <w:color w:val="78716C"/>
                <w:sz w:val="16"/>
              </w:rPr>
              <w:t>Notiz</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Für jede erkennbare Person ist dieser Zweck angekreuzt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Erkennbar heißt auch ohne Gesicht, etwa an Frisur, Körperform oder Haltung (BGH VI ZR 445/19)</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Gäste im Bild: eigene Zeile auf Seite 2, sonst anderes Bild</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Kind im Bild: Eltern haben unterschrieben</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„Erst nach dem Hochzeitstag zeigen“ beachtet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Widerruf eingegangen: Bild von Website, eigenen Kanälen und aus der Mappe genommen, Empfänger (z. B. Wettbewerb, Stylistin) informiert, kurz per Mail bestätigt, Vermerk an der Buchung</w:t>
            </w:r>
          </w:p>
        </w:tc>
        <w:tc>
          <w:tcPr>
            <w:tcW w:type="dxa" w:w="2551"/>
          </w:tcPr>
          <w:p/>
        </w:tc>
      </w:tr>
    </w:tbl>
    <w:sectPr w:rsidR="00FC693F" w:rsidRPr="0006063C" w:rsidSect="00034616">
      <w:pgSz w:w="11906" w:h="16838"/>
      <w:pgMar w:top="1134" w:right="1134" w:bottom="1134" w:left="1134" w:header="510" w:footer="51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sicht.app" w:initials="sa" w:date="2026-10-26T15:52:26Z">
    <w:p>
      <w:pPr>
        <w:pStyle w:val="CommentText"/>
      </w:pPr>
      <w:r>
        <w:rPr>
          <w:rStyle w:val="CommentReference"/>
        </w:rPr>
        <w:annotationRef/>
      </w:r>
      <w:r>
        <w:t>Variante für eine Person: „Liebe [Vorname], ich würde gern einige Bilder von dir zeigen. Ob und wo, entscheidest du. Was du nicht ankreuzt, zeige ich nicht. Deine Buchung hängt nicht davon ab.“ In der Tabelle eine Spalte löschen.</w:t>
      </w:r>
    </w:p>
  </w:comment>
  <w:comment w:id="1" w:author="sicht.app" w:initials="sa" w:date="2026-10-26T15:52:26Z">
    <w:p>
      <w:pPr>
        <w:pStyle w:val="CommentText"/>
      </w:pPr>
      <w:r>
        <w:rPr>
          <w:rStyle w:val="CommentReference"/>
        </w:rPr>
        <w:annotationRef/>
      </w:r>
      <w:r>
        <w:t>Vorher-Bild getrennt abfragen, vielen ist es unangenehm.</w:t>
      </w:r>
    </w:p>
  </w:comment>
  <w:comment w:id="2" w:author="sicht.app" w:initials="sa" w:date="2026-10-26T15:52:26Z">
    <w:p>
      <w:pPr>
        <w:pStyle w:val="CommentText"/>
      </w:pPr>
      <w:r>
        <w:rPr>
          <w:rStyle w:val="CommentReference"/>
        </w:rPr>
        <w:annotationRef/>
      </w:r>
      <w:r>
        <w:t>Empfänger nennen: Betreiber der angekreuzten Kanäle, Wettbewerbsveranstalter, alle, an die du Bilder weitergibst; außerhalb der EU auch das Land. Dauer: Punkt 6.</w:t>
      </w:r>
    </w:p>
  </w:comment>
  <w:comment w:id="3" w:author="sicht.app" w:initials="sa" w:date="2026-10-26T15:52:26Z">
    <w:p>
      <w:pPr>
        <w:pStyle w:val="CommentText"/>
      </w:pPr>
      <w:r>
        <w:rPr>
          <w:rStyle w:val="CommentReference"/>
        </w:rPr>
        <w:annotationRef/>
      </w:r>
      <w:r>
        <w:t>Bei gemeinsamem Sorgerecht unterschreiben beide (§ 1629 Abs. 1 BGB: gemeinschaftliche Vertretung). Eine feste Altersgrenze für die eigene Einwilligung eines Kindes haben wir in keiner Primärquelle gefunden, die DSK stellt auf die Einsichtsfähigkeit ab; die 16 Jahre aus Art. 8 DSGVO gelten nur für Online-Dienste, die sich direkt an Kinder richten.</w:t>
      </w:r>
    </w:p>
  </w:comment>
  <w:comment w:id="4" w:author="sicht.app" w:initials="sa" w:date="2026-10-26T15:52:26Z">
    <w:p>
      <w:pPr>
        <w:pStyle w:val="CommentText"/>
      </w:pPr>
      <w:r>
        <w:rPr>
          <w:rStyle w:val="CommentReference"/>
        </w:rPr>
        <w:annotationRef/>
      </w:r>
      <w:r>
        <w:t>Die Einwilligung des Paares gilt nicht für Gäste. Ohne Zeile hier: ein Bild nehmen, auf dem die Person nicht zu erkennen ist.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sicht.app/ratgeber/einverstaendniserklaerung-fotos/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Einverständniserklärung für Fotos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