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3118"/>
        <w:gridCol w:w="3118"/>
        <w:gridCol w:w="3118"/>
      </w:tblGrid>
      <w:tr>
        <w:trPr>
          <w:trHeight w:val="1417" w:hRule="exact"/>
        </w:trPr>
        <w:tc>
          <w:tcPr>
            <w:tcW w:type="dxa" w:w="4819"/>
          </w:tcPr>
          <w:p/>
        </w:tc>
        <w:tc>
          <w:tcPr>
            <w:tcW w:type="dxa" w:w="4535"/>
            <w:gridSpan w:val="2"/>
          </w:tcPr>
          <w:p>
            <w:pPr>
              <w:jc w:val="right"/>
            </w:pPr>
            <w:r>
              <w:rPr>
                <w:b/>
                <w:color w:val="1C1917"/>
                <w:sz w:val="26"/>
                <w:highlight w:val="lightGray"/>
              </w:rPr>
              <w:t>[Studioname]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[Bereich, z. B. Brautstyling]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[Vor- und Nachname]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[Straße Nr.]</w:t>
            </w:r>
            <w:r>
              <w:rPr>
                <w:b w:val="0"/>
                <w:color w:val="1C1917"/>
                <w:sz w:val="18"/>
              </w:rPr>
              <w:t xml:space="preserve">, </w:t>
            </w:r>
            <w:r>
              <w:rPr>
                <w:b w:val="0"/>
                <w:color w:val="1C1917"/>
                <w:sz w:val="18"/>
                <w:highlight w:val="lightGray"/>
              </w:rPr>
              <w:t>[PLZ Ort]</w:t>
            </w:r>
          </w:p>
          <w:p>
            <w:pPr>
              <w:spacing w:before="23"/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[E-Mail]</w:t>
            </w:r>
            <w:r>
              <w:rPr>
                <w:b w:val="0"/>
                <w:color w:val="1C1917"/>
                <w:sz w:val="18"/>
              </w:rPr>
              <w:t xml:space="preserve"> · </w:t>
            </w:r>
            <w:r>
              <w:rPr>
                <w:b w:val="0"/>
                <w:color w:val="1C1917"/>
                <w:sz w:val="18"/>
                <w:highlight w:val="lightGray"/>
              </w:rPr>
              <w:t>[Telefon]</w:t>
            </w:r>
          </w:p>
        </w:tc>
      </w:tr>
      <w:tr>
        <w:trPr>
          <w:trHeight w:val="2551" w:hRule="exact"/>
        </w:trPr>
        <w:tc>
          <w:tcPr>
            <w:tcW w:type="dxa" w:w="4819"/>
          </w:tcPr>
          <w:p>
            <w:pPr>
              <w:spacing w:before="283"/>
            </w:pP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[Studioname]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[Straße Nr.]</w:t>
            </w:r>
            <w:r>
              <w:rPr>
                <w:b w:val="0"/>
                <w:color w:val="78716C"/>
                <w:sz w:val="14"/>
                <w:u w:val="single"/>
              </w:rPr>
              <w:t xml:space="preserve"> · </w:t>
            </w:r>
            <w:r>
              <w:rPr>
                <w:b w:val="0"/>
                <w:color w:val="78716C"/>
                <w:sz w:val="14"/>
                <w:highlight w:val="lightGray"/>
                <w:u w:val="single"/>
              </w:rPr>
              <w:t>[PLZ Ort]</w:t>
            </w:r>
          </w:p>
          <w:p>
            <w:pPr>
              <w:spacing w:before="510"/>
            </w:pPr>
            <w:r>
              <w:rPr>
                <w:b w:val="0"/>
                <w:color w:val="1C1917"/>
                <w:sz w:val="20"/>
                <w:highlight w:val="lightGray"/>
              </w:rPr>
              <w:t>[Vor- und Nachname]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[Straße Nr.]</w:t>
            </w:r>
          </w:p>
          <w:p>
            <w:pPr>
              <w:spacing w:before="34"/>
            </w:pPr>
            <w:r>
              <w:rPr>
                <w:b w:val="0"/>
                <w:color w:val="1C1917"/>
                <w:sz w:val="20"/>
                <w:highlight w:val="lightGray"/>
              </w:rPr>
              <w:t>[PLZ Ort]</w:t>
            </w:r>
          </w:p>
        </w:tc>
        <w:tc>
          <w:tcPr>
            <w:tcW w:type="dxa" w:w="850"/>
          </w:tcPr>
          <w:p/>
        </w:tc>
        <w:tc>
          <w:tcPr>
            <w:tcW w:type="dxa" w:w="3685"/>
          </w:tcPr>
          <w:p>
            <w:pPr>
              <w:spacing w:before="283"/>
            </w:pPr>
            <w:r>
              <w:rPr>
                <w:b w:val="0"/>
                <w:color w:val="78716C"/>
                <w:sz w:val="15"/>
              </w:rPr>
              <w:t>Auftragsnummer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[z. B. AB-2027-012]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Datum der Bestätigung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  <w:p>
            <w:pPr>
              <w:spacing w:before="91"/>
            </w:pPr>
            <w:r>
              <w:rPr>
                <w:b w:val="0"/>
                <w:color w:val="78716C"/>
                <w:sz w:val="15"/>
              </w:rPr>
              <w:t>Hochzeitsdatum</w:t>
            </w:r>
          </w:p>
          <w:p>
            <w:pPr>
              <w:spacing w:before="0"/>
            </w:pP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</w:tr>
    </w:tbl>
    <w:p>
      <w:pPr>
        <w:spacing w:before="340" w:after="113"/>
      </w:pPr>
      <w:r>
        <w:rPr>
          <w:b/>
          <w:color w:val="1C1917"/>
          <w:sz w:val="32"/>
        </w:rPr>
        <w:t>Auftragsbestätigung</w:t>
      </w:r>
    </w:p>
    <w:p>
      <w:pPr>
        <w:spacing w:before="0" w:after="113"/>
      </w:pPr>
      <w:r>
        <w:rPr>
          <w:b w:val="0"/>
          <w:color w:val="78716C"/>
          <w:sz w:val="18"/>
          <w:highlight w:val="lightGray"/>
        </w:rPr>
        <w:t>Vor dem Versand löschen: Unverbindliche Vorlage, Stand 19.10.2026. Ohne Gewähr für Vollständigkeit, Richtigkeit und Aktualität. Ersetzt keine Rechts- oder Steuerberatung – prüfe sie vor der Verwendung für deinen Fall.</w:t>
      </w:r>
    </w:p>
    <w:p>
      <w:pPr>
        <w:spacing w:before="0" w:after="170"/>
      </w:pPr>
      <w:r>
        <w:rPr>
          <w:b w:val="0"/>
          <w:color w:val="1C1917"/>
          <w:sz w:val="20"/>
        </w:rPr>
        <w:t>Vielen Dank für deine Buchung. Hiermit bestätige ich die folgenden Leistungen: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3515"/>
        <w:gridCol w:w="2835"/>
        <w:gridCol w:w="1417"/>
        <w:gridCol w:w="1587"/>
      </w:tblGrid>
      <w:tr>
        <w:trPr>
          <w:cantSplit/>
          <w:tblHeader/>
        </w:trPr>
        <w:tc>
          <w:tcPr>
            <w:tcW w:type="dxa" w:w="3515"/>
          </w:tcPr>
          <w:p>
            <w:r>
              <w:rPr>
                <w:b/>
                <w:color w:val="78716C"/>
                <w:sz w:val="16"/>
              </w:rPr>
              <w:t>Leistung</w:t>
            </w:r>
          </w:p>
        </w:tc>
        <w:tc>
          <w:tcPr>
            <w:tcW w:type="dxa" w:w="2835"/>
          </w:tcPr>
          <w:p>
            <w:r>
              <w:rPr>
                <w:b/>
                <w:color w:val="78716C"/>
                <w:sz w:val="16"/>
              </w:rPr>
              <w:t>Termin und Ort</w:t>
            </w:r>
          </w:p>
        </w:tc>
        <w:tc>
          <w:tcPr>
            <w:tcW w:type="dxa" w:w="1417"/>
          </w:tcPr>
          <w:p>
            <w:r>
              <w:rPr>
                <w:b/>
                <w:color w:val="78716C"/>
                <w:sz w:val="16"/>
              </w:rPr>
              <w:t>Umfang/Dauer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/>
                <w:color w:val="78716C"/>
                <w:sz w:val="16"/>
              </w:rPr>
              <w:t>Preis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[Leistung]</w:t>
            </w:r>
          </w:p>
        </w:tc>
        <w:tc>
          <w:tcPr>
            <w:tcW w:type="dxa" w:w="2835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[Datum, Uhrzeit, Ort]</w:t>
            </w:r>
          </w:p>
        </w:tc>
        <w:tc>
          <w:tcPr>
            <w:tcW w:type="dxa" w:w="1417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[Umfang/Dauer]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[Preis]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[Leistung]</w:t>
            </w:r>
          </w:p>
        </w:tc>
        <w:tc>
          <w:tcPr>
            <w:tcW w:type="dxa" w:w="2835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[Datum, Uhrzeit, Ort]</w:t>
            </w:r>
          </w:p>
        </w:tc>
        <w:tc>
          <w:tcPr>
            <w:tcW w:type="dxa" w:w="1417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[Umfang/Dauer]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[Preis]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[Leistung]</w:t>
            </w:r>
          </w:p>
        </w:tc>
        <w:tc>
          <w:tcPr>
            <w:tcW w:type="dxa" w:w="2835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[Datum, Uhrzeit, Ort]</w:t>
            </w:r>
          </w:p>
        </w:tc>
        <w:tc>
          <w:tcPr>
            <w:tcW w:type="dxa" w:w="1417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[Umfang/Dauer]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[Preis]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[Leistung]</w:t>
            </w:r>
          </w:p>
        </w:tc>
        <w:tc>
          <w:tcPr>
            <w:tcW w:type="dxa" w:w="2835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[Datum, Uhrzeit, Ort]</w:t>
            </w:r>
          </w:p>
        </w:tc>
        <w:tc>
          <w:tcPr>
            <w:tcW w:type="dxa" w:w="1417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[Umfang/Dauer]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[Preis]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/>
                <w:color w:val="1C1917"/>
                <w:sz w:val="18"/>
              </w:rPr>
              <w:t>Gesamt</w:t>
            </w:r>
          </w:p>
        </w:tc>
        <w:tc>
          <w:tcPr>
            <w:tcW w:type="dxa" w:w="2835"/>
          </w:tcPr>
          <w:p/>
        </w:tc>
        <w:tc>
          <w:tcPr>
            <w:tcW w:type="dxa" w:w="1417"/>
          </w:tcPr>
          <w:p/>
        </w:tc>
        <w:tc>
          <w:tcPr>
            <w:tcW w:type="dxa" w:w="1587"/>
          </w:tcPr>
          <w:p>
            <w:pPr>
              <w:jc w:val="right"/>
            </w:pPr>
            <w:r>
              <w:rPr>
                <w:b/>
                <w:color w:val="1C1917"/>
                <w:sz w:val="18"/>
                <w:highlight w:val="lightGray"/>
              </w:rPr>
              <w:t>[Gesamtpreis]</w:t>
            </w:r>
          </w:p>
        </w:tc>
      </w:tr>
    </w:tbl>
    <w:p>
      <w:pPr>
        <w:spacing w:before="85" w:after="0"/>
      </w:pPr>
      <w:r>
        <w:rPr>
          <w:b w:val="0"/>
          <w:color w:val="78716C"/>
          <w:sz w:val="18"/>
        </w:rPr>
        <w:t xml:space="preserve">Geändert gegenüber deiner Anfrage: </w:t>
      </w:r>
      <w:r>
        <w:rPr>
          <w:b w:val="0"/>
          <w:color w:val="1C1917"/>
          <w:sz w:val="18"/>
          <w:highlight w:val="lightGray"/>
        </w:rPr>
        <w:t>[was anders ist – sonst Zeile löschen]</w:t>
      </w:r>
    </w:p>
    <w:p>
      <w:pPr>
        <w:spacing w:before="113"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single" w:sz="4" w:color="D6D3D1"/>
          <w:right w:val="nil"/>
          <w:insideH w:val="single" w:sz="4" w:color="D6D3D1"/>
          <w:insideV w:val="nil"/>
        </w:tblBorders>
        <w:tblCellMar>
          <w:top w:w="51" w:type="dxa"/>
          <w:bottom w:w="51" w:type="dxa"/>
          <w:left w:w="56" w:type="dxa"/>
          <w:right w:w="56" w:type="dxa"/>
        </w:tblCellMar>
      </w:tblPr>
      <w:tblGrid>
        <w:gridCol w:w="3515"/>
        <w:gridCol w:w="4252"/>
        <w:gridCol w:w="1587"/>
      </w:tblGrid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color w:val="1C1917"/>
                <w:sz w:val="18"/>
              </w:rPr>
              <w:t>Anzahlung</w:t>
            </w:r>
          </w:p>
        </w:tc>
        <w:tc>
          <w:tcPr>
            <w:tcW w:type="dxa" w:w="4252"/>
          </w:tcPr>
          <w:p>
            <w:r>
              <w:rPr>
                <w:b w:val="0"/>
                <w:color w:val="1C1917"/>
                <w:sz w:val="18"/>
              </w:rPr>
              <w:t xml:space="preserve">fällig 14 Tage nach Bestätigung, bis </w:t>
            </w:r>
            <w:r>
              <w:rPr>
                <w:b w:val="0"/>
                <w:color w:val="1C1917"/>
                <w:sz w:val="18"/>
                <w:highlight w:val="lightGray"/>
              </w:rPr>
              <w:t>[TT.MM.JJJJ]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</w:tr>
      <w:tr>
        <w:trPr>
          <w:cantSplit/>
        </w:trPr>
        <w:tc>
          <w:tcPr>
            <w:tcW w:type="dxa" w:w="3515"/>
          </w:tcPr>
          <w:p>
            <w:r>
              <w:rPr>
                <w:b w:val="0"/>
                <w:color w:val="1C1917"/>
                <w:sz w:val="18"/>
              </w:rPr>
              <w:t>Restzahlung</w:t>
            </w:r>
          </w:p>
        </w:tc>
        <w:tc>
          <w:tcPr>
            <w:tcW w:type="dxa" w:w="4252"/>
          </w:tcPr>
          <w:p>
            <w:r>
              <w:rPr>
                <w:b w:val="0"/>
                <w:color w:val="1C1917"/>
                <w:sz w:val="18"/>
                <w:highlight w:val="lightGray"/>
              </w:rPr>
              <w:t>[Zeitpunkt]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color w:val="1C1917"/>
                <w:sz w:val="18"/>
                <w:highlight w:val="lightGray"/>
              </w:rPr>
              <w:t>[Betrag]</w:t>
            </w:r>
          </w:p>
        </w:tc>
      </w:tr>
    </w:tbl>
    <w:p>
      <w:pPr>
        <w:spacing w:before="170" w:after="0"/>
      </w:pPr>
      <w:r>
        <w:rPr>
          <w:b w:val="0"/>
          <w:color w:val="78716C"/>
          <w:sz w:val="16"/>
          <w:highlight w:val="lightGray"/>
        </w:rPr>
        <w:t>[eine der beiden Zeilen löschen]</w:t>
      </w:r>
    </w:p>
    <w:p>
      <w:pPr>
        <w:spacing w:before="28" w:after="0"/>
      </w:pPr>
      <w:r>
        <w:rPr>
          <w:b w:val="0"/>
          <w:color w:val="1C1917"/>
          <w:sz w:val="20"/>
        </w:rPr>
        <w:t>Alle Preise sind Endpreise inkl. 19 % USt.</w:t>
      </w:r>
    </w:p>
    <w:p>
      <w:pPr>
        <w:spacing w:before="28" w:after="0"/>
      </w:pPr>
      <w:r>
        <w:rPr>
          <w:b w:val="0"/>
          <w:color w:val="1C1917"/>
          <w:sz w:val="20"/>
        </w:rPr>
        <w:t>Für diese Leistung gilt die Steuerbefreiung für Kleinunternehmer (§ 19 UStG).</w:t>
      </w:r>
    </w:p>
    <w:p>
      <w:pPr>
        <w:spacing w:before="170" w:after="0"/>
      </w:pPr>
      <w:r>
        <w:rPr>
          <w:b w:val="0"/>
          <w:color w:val="78716C"/>
          <w:sz w:val="16"/>
          <w:highlight w:val="lightGray"/>
        </w:rPr>
        <w:t>[Bedingungen: eine Variante löschen]</w:t>
      </w:r>
    </w:p>
    <w:p>
      <w:pPr>
        <w:spacing w:before="28" w:after="0"/>
      </w:pPr>
      <w:r>
        <w:rPr>
          <w:b w:val="0"/>
          <w:color w:val="1C1917"/>
          <w:sz w:val="20"/>
        </w:rPr>
        <w:t>Es gelten meine AGB (Anlage).</w:t>
      </w:r>
    </w:p>
    <w:p>
      <w:pPr>
        <w:spacing w:before="28" w:after="0"/>
      </w:pPr>
      <w:r>
        <w:rPr>
          <w:b w:val="0"/>
          <w:color w:val="1C1917"/>
          <w:sz w:val="20"/>
          <w:highlight w:val="lightGray"/>
        </w:rPr>
        <w:t>[oder zwei, drei eigene Regeln: Absage, Verschiebung, Anfahrt/Wartezeit]</w:t>
      </w:r>
    </w:p>
    <w:p>
      <w:pPr>
        <w:spacing w:before="227" w:after="0"/>
      </w:pPr>
      <w:r>
        <w:rPr>
          <w:b w:val="0"/>
          <w:color w:val="78716C"/>
          <w:sz w:val="16"/>
          <w:highlight w:val="lightGray"/>
        </w:rPr>
        <w:t>[Bestätigung: eine Variante löschen] Variante 1 – mit Unterschrift</w:t>
      </w:r>
    </w:p>
    <w:p>
      <w:pPr>
        <w:spacing w:before="794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45" w:type="dxa"/>
          <w:bottom w:w="45" w:type="dxa"/>
          <w:left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3118"/>
        <w:gridCol w:w="3118"/>
      </w:tblGrid>
      <w:tr>
        <w:tc>
          <w:tcPr>
            <w:tcW w:type="dxa" w:w="4252"/>
            <w:tcBorders>
              <w:top w:val="single" w:sz="4" w:color="78716C"/>
            </w:tcBorders>
          </w:tcPr>
          <w:p>
            <w:r>
              <w:rPr>
                <w:b w:val="0"/>
                <w:color w:val="78716C"/>
                <w:sz w:val="16"/>
              </w:rPr>
              <w:t xml:space="preserve">Ort, Datum, Unterschrift </w:t>
            </w:r>
            <w:r>
              <w:rPr>
                <w:b w:val="0"/>
                <w:color w:val="78716C"/>
                <w:sz w:val="16"/>
                <w:highlight w:val="lightGray"/>
              </w:rPr>
              <w:t>[Kundin]</w:t>
            </w:r>
          </w:p>
        </w:tc>
        <w:tc>
          <w:tcPr>
            <w:tcW w:type="dxa" w:w="850"/>
          </w:tcPr>
          <w:p/>
        </w:tc>
        <w:tc>
          <w:tcPr>
            <w:tcW w:type="dxa" w:w="4252"/>
            <w:tcBorders>
              <w:top w:val="single" w:sz="4" w:color="78716C"/>
            </w:tcBorders>
          </w:tcPr>
          <w:p>
            <w:r>
              <w:rPr>
                <w:b w:val="0"/>
                <w:color w:val="78716C"/>
                <w:sz w:val="16"/>
              </w:rPr>
              <w:t xml:space="preserve">Ort, Datum, Unterschrift </w:t>
            </w:r>
            <w:r>
              <w:rPr>
                <w:b w:val="0"/>
                <w:color w:val="78716C"/>
                <w:sz w:val="16"/>
                <w:highlight w:val="lightGray"/>
              </w:rPr>
              <w:t>[Studio]</w:t>
            </w:r>
          </w:p>
        </w:tc>
      </w:tr>
    </w:tbl>
    <w:p>
      <w:pPr>
        <w:spacing w:before="227" w:after="0"/>
      </w:pPr>
      <w:r>
        <w:rPr>
          <w:b w:val="0"/>
          <w:color w:val="78716C"/>
          <w:sz w:val="16"/>
          <w:highlight w:val="lightGray"/>
        </w:rPr>
        <w:t>Variante 2 – per Mail</w:t>
      </w:r>
    </w:p>
    <w:p>
      <w:pPr>
        <w:spacing w:before="57" w:after="0"/>
      </w:pPr>
      <w:r>
        <w:rPr>
          <w:b w:val="0"/>
          <w:color w:val="1C1917"/>
          <w:sz w:val="20"/>
        </w:rPr>
        <w:t>Bitte bestätige mir kurz per Mail, dass alles so passt. Erst dann ist der Termin für dich reserviert.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6D3D1"/>
      </w:pBdr>
    </w:pPr>
    <w:r>
      <w:rPr>
        <w:b w:val="0"/>
        <w:color w:val="78716C"/>
        <w:sz w:val="16"/>
      </w:rPr>
      <w:t>Vorlage von sicht.app · sicht.app/ratgeber/auftragsbestaetigung-vorlage/ · ohne Gewähr</w:t>
    </w:r>
    <w:r>
      <w:drawing>
        <wp:anchor distT="0" distB="0" distL="0" distR="0" simplePos="0" relativeHeight="251659264" behindDoc="0" locked="1" layoutInCell="1" allowOverlap="1">
          <wp:simplePos x="0" y="0"/>
          <wp:positionH relativeFrom="margin">
            <wp:align>right</wp:align>
          </wp:positionH>
          <wp:positionV relativeFrom="page">
            <wp:posOffset>10232680</wp:posOffset>
          </wp:positionV>
          <wp:extent cx="401800" cy="151200"/>
          <wp:effectExtent l="0" t="0" r="0" b="0"/>
          <wp:wrapNone/>
          <wp:docPr id="1" name="Picture 1" descr="sicht.ap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v3-vorlagen-logo-fus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800" cy="151200"/>
                  </a:xfrm>
                  <a:prstGeom prst="rect"/>
                </pic:spPr>
              </pic:pic>
            </a:graphicData>
          </a:graphic>
        </wp:anchor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 w:eastAsia="Arial" w:cs="Arial"/>
      <w:color w:val="1C191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Auftragsbestätigung für Hochzeitsdienstleister – Vorlage</dc:title>
  <dc:subject/>
  <dc:creator>sicht.app</dc:creator>
  <cp:keywords>Vorlage, sicht.app</cp:keywords>
  <dc:description/>
  <cp:lastModifiedBy>sicht.app</cp:lastModifiedBy>
  <cp:revision>1</cp:revision>
  <dcterms:created xsi:type="dcterms:W3CDTF">2013-12-23T23:15:00Z</dcterms:created>
  <dcterms:modified xsi:type="dcterms:W3CDTF">2013-12-23T23:15:00Z</dcterms:modified>
  <cp:category/>
</cp:coreProperties>
</file>