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118"/>
        <w:gridCol w:w="3118"/>
        <w:gridCol w:w="3118"/>
      </w:tblGrid>
      <w:tr>
        <w:trPr>
          <w:trHeight w:val="1417" w:hRule="exact"/>
        </w:trPr>
        <w:tc>
          <w:tcPr>
            <w:tcW w:type="dxa" w:w="4819"/>
          </w:tcPr>
          <w:p/>
        </w:tc>
        <w:tc>
          <w:tcPr>
            <w:tcW w:type="dxa" w:w="4535"/>
            <w:gridSpan w:val="2"/>
          </w:tcPr>
          <w:p>
            <w:pPr>
              <w:jc w:val="right"/>
            </w:pPr>
            <w:r>
              <w:rPr>
                <w:b/>
                <w:color w:val="1C1917"/>
                <w:sz w:val="26"/>
                <w:highlight w:val="lightGray"/>
              </w:rPr>
              <w:t>[Studioname]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[Bereich, z. B. Hochzeitsfotografie]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[Vor- und Nachname]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[Straße Nr.]</w:t>
            </w:r>
            <w:r>
              <w:rPr>
                <w:b w:val="0"/>
                <w:color w:val="1C1917"/>
                <w:sz w:val="18"/>
              </w:rPr>
              <w:t xml:space="preserve">, </w:t>
            </w:r>
            <w:r>
              <w:rPr>
                <w:b w:val="0"/>
                <w:color w:val="1C1917"/>
                <w:sz w:val="18"/>
                <w:highlight w:val="lightGray"/>
              </w:rPr>
              <w:t>[PLZ Ort]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[E-Mail]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[Telefon]</w:t>
            </w:r>
          </w:p>
        </w:tc>
      </w:tr>
      <w:tr>
        <w:trPr>
          <w:trHeight w:val="2551" w:hRule="exact"/>
        </w:trPr>
        <w:tc>
          <w:tcPr>
            <w:tcW w:type="dxa" w:w="4819"/>
          </w:tcPr>
          <w:p>
            <w:pPr>
              <w:spacing w:before="283"/>
            </w:pP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[Studioname]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[Straße Nr.]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[PLZ Ort]</w:t>
            </w:r>
          </w:p>
          <w:p>
            <w:pPr>
              <w:spacing w:before="510"/>
            </w:pPr>
            <w:r>
              <w:rPr>
                <w:b w:val="0"/>
                <w:color w:val="1C1917"/>
                <w:sz w:val="20"/>
                <w:highlight w:val="lightGray"/>
              </w:rPr>
              <w:t>[Namen des Paares]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[Straße Nr.]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685"/>
          </w:tcPr>
          <w:p>
            <w:pPr>
              <w:spacing w:before="283"/>
            </w:pPr>
            <w:r>
              <w:rPr>
                <w:b w:val="0"/>
                <w:color w:val="78716C"/>
                <w:sz w:val="15"/>
              </w:rPr>
              <w:t>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Hochzeitstag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</w:tc>
      </w:tr>
    </w:tbl>
    <w:p>
      <w:pPr>
        <w:spacing w:before="340" w:after="85"/>
      </w:pPr>
      <w:r>
        <w:rPr>
          <w:b/>
          <w:color w:val="1C1917"/>
          <w:sz w:val="32"/>
        </w:rPr>
        <w:t>Zahlungsplan</w:t>
      </w:r>
    </w:p>
    <w:p>
      <w:pPr>
        <w:spacing w:before="0" w:after="113"/>
      </w:pPr>
      <w:r>
        <w:rPr>
          <w:b w:val="0"/>
          <w:color w:val="78716C"/>
          <w:sz w:val="22"/>
        </w:rPr>
        <w:t>Kein Rechnungsdokument – die Rechnungen folgen getrennt.</w:t>
      </w:r>
    </w:p>
    <w:p>
      <w:pPr>
        <w:spacing w:before="0" w:after="113"/>
      </w:pPr>
      <w:r>
        <w:rPr>
          <w:b w:val="0"/>
          <w:color w:val="78716C"/>
          <w:sz w:val="18"/>
          <w:highlight w:val="lightGray"/>
        </w:rPr>
        <w:t>Vor dem Versand löschen: Unverbindliche Vorlage, Stand 19.10.2026. Ohne Gewähr für Vollständigkeit, Richtigkeit und Aktualität. Ersetzt keine Rechts- oder Steuerberatung – prüfe sie vor der Verwendung für deinen Fall.</w:t>
      </w:r>
    </w:p>
    <w:p>
      <w:pPr>
        <w:spacing w:before="0" w:after="170"/>
      </w:pPr>
      <w:r>
        <w:rPr>
          <w:b w:val="0"/>
          <w:color w:val="1C1917"/>
          <w:sz w:val="20"/>
        </w:rPr>
        <w:t xml:space="preserve">So teilt sich der Betrag für </w:t>
      </w:r>
      <w:r>
        <w:rPr>
          <w:b w:val="0"/>
          <w:color w:val="1C1917"/>
          <w:sz w:val="20"/>
          <w:highlight w:val="lightGray"/>
        </w:rPr>
        <w:t>[Leistung]</w:t>
      </w:r>
      <w:r>
        <w:rPr>
          <w:b w:val="0"/>
          <w:color w:val="1C1917"/>
          <w:sz w:val="20"/>
        </w:rPr>
        <w:t xml:space="preserve"> auf: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1587"/>
        <w:gridCol w:w="3118"/>
        <w:gridCol w:w="1587"/>
        <w:gridCol w:w="3061"/>
      </w:tblGrid>
      <w:tr>
        <w:trPr>
          <w:cantSplit/>
          <w:tblHeader/>
        </w:trPr>
        <w:tc>
          <w:tcPr>
            <w:tcW w:type="dxa" w:w="1587"/>
          </w:tcPr>
          <w:p>
            <w:r>
              <w:rPr>
                <w:b/>
                <w:color w:val="78716C"/>
                <w:sz w:val="16"/>
              </w:rPr>
              <w:t>Zahlung</w:t>
            </w:r>
          </w:p>
        </w:tc>
        <w:tc>
          <w:tcPr>
            <w:tcW w:type="dxa" w:w="3118"/>
          </w:tcPr>
          <w:p>
            <w:r>
              <w:rPr>
                <w:b/>
                <w:color w:val="78716C"/>
                <w:sz w:val="16"/>
              </w:rPr>
              <w:t>Fällig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Betrag</w:t>
            </w:r>
          </w:p>
        </w:tc>
        <w:tc>
          <w:tcPr>
            <w:tcW w:type="dxa" w:w="3061"/>
          </w:tcPr>
          <w:p>
            <w:r>
              <w:rPr>
                <w:b/>
                <w:color w:val="78716C"/>
                <w:sz w:val="16"/>
              </w:rPr>
              <w:t>Rechnung</w:t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b w:val="0"/>
                <w:color w:val="1C1917"/>
                <w:sz w:val="18"/>
              </w:rPr>
              <w:t>Anzahlung</w:t>
            </w:r>
          </w:p>
        </w:tc>
        <w:tc>
          <w:tcPr>
            <w:tcW w:type="dxa" w:w="3118"/>
          </w:tcPr>
          <w:p>
            <w:r>
              <w:rPr>
                <w:b w:val="0"/>
                <w:color w:val="1C1917"/>
                <w:sz w:val="18"/>
              </w:rPr>
              <w:t>14 Tage nach Bestätigung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[Betrag]</w:t>
            </w:r>
          </w:p>
        </w:tc>
        <w:tc>
          <w:tcPr>
            <w:tcW w:type="dxa" w:w="3061"/>
          </w:tcPr>
          <w:p>
            <w:r>
              <w:rPr>
                <w:b w:val="0"/>
                <w:color w:val="1C1917"/>
                <w:sz w:val="18"/>
              </w:rPr>
              <w:t xml:space="preserve">Anzahlungsrechnung </w:t>
            </w:r>
            <w:r>
              <w:rPr>
                <w:b w:val="0"/>
                <w:color w:val="1C1917"/>
                <w:sz w:val="18"/>
                <w:highlight w:val="lightGray"/>
              </w:rPr>
              <w:t>[Nr.]</w:t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b w:val="0"/>
                <w:color w:val="1C1917"/>
                <w:sz w:val="18"/>
              </w:rPr>
              <w:t>Restzahlung</w:t>
            </w:r>
          </w:p>
        </w:tc>
        <w:tc>
          <w:tcPr>
            <w:tcW w:type="dxa" w:w="3118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[Datum oder Ereignis, z. B. „bei Abholung“]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[Betrag]</w:t>
            </w:r>
          </w:p>
        </w:tc>
        <w:tc>
          <w:tcPr>
            <w:tcW w:type="dxa" w:w="3061"/>
          </w:tcPr>
          <w:p>
            <w:r>
              <w:rPr>
                <w:b w:val="0"/>
                <w:color w:val="1C1917"/>
                <w:sz w:val="18"/>
              </w:rPr>
              <w:t>Schlussrechnung</w:t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b/>
                <w:color w:val="1C1917"/>
                <w:sz w:val="18"/>
              </w:rPr>
              <w:t>Gesamt</w:t>
            </w:r>
          </w:p>
        </w:tc>
        <w:tc>
          <w:tcPr>
            <w:tcW w:type="dxa" w:w="3118"/>
          </w:tcPr>
          <w:p/>
        </w:tc>
        <w:tc>
          <w:tcPr>
            <w:tcW w:type="dxa" w:w="158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[Betrag]</w:t>
            </w:r>
          </w:p>
        </w:tc>
        <w:tc>
          <w:tcPr>
            <w:tcW w:type="dxa" w:w="3061"/>
          </w:tcPr>
          <w:p/>
        </w:tc>
      </w:tr>
    </w:tbl>
    <w:p>
      <w:pPr>
        <w:spacing w:before="170" w:after="0"/>
      </w:pPr>
      <w:r>
        <w:rPr>
          <w:b w:val="0"/>
          <w:color w:val="1C1917"/>
          <w:sz w:val="20"/>
        </w:rPr>
        <w:t>Die Anzahlung wird in der Schlussrechnung abgezogen.</w:t>
      </w:r>
    </w:p>
    <w:p>
      <w:pPr>
        <w:spacing w:before="340" w:after="85"/>
      </w:pPr>
      <w:r>
        <w:rPr>
          <w:b/>
          <w:color w:val="1C1917"/>
          <w:sz w:val="20"/>
        </w:rPr>
        <w:t>Was bei Absage oder Verschiebung gilt: siehe Vertrag / AGB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6D3D1"/>
          <w:left w:val="single" w:sz="4" w:color="D6D3D1"/>
          <w:bottom w:val="single" w:sz="4" w:color="D6D3D1"/>
          <w:right w:val="single" w:sz="4" w:color="D6D3D1"/>
          <w:insideH w:val="nil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9354"/>
      </w:tblGrid>
      <w:tr>
        <w:trPr>
          <w:cantSplit/>
          <w:trHeight w:val="1587" w:hRule="atLeast"/>
        </w:trPr>
        <w:tc>
          <w:tcPr>
            <w:tcW w:type="dxa" w:w="9354"/>
          </w:tcPr>
          <w:p/>
        </w:tc>
      </w:tr>
    </w:tbl>
    <w:p>
      <w:pPr>
        <w:sectPr>
          <w:footerReference w:type="default" r:id="rId9"/>
          <w:pgSz w:w="11906" w:h="16838"/>
          <w:pgMar w:top="1134" w:right="1134" w:bottom="1134" w:left="1417" w:header="510" w:footer="510" w:gutter="0"/>
          <w:cols w:space="720"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118"/>
        <w:gridCol w:w="3118"/>
        <w:gridCol w:w="3118"/>
      </w:tblGrid>
      <w:tr>
        <w:trPr>
          <w:trHeight w:val="1417" w:hRule="exact"/>
        </w:trPr>
        <w:tc>
          <w:tcPr>
            <w:tcW w:type="dxa" w:w="4819"/>
          </w:tcPr>
          <w:p>
            <w:r>
              <w:rPr>
                <w:b w:val="0"/>
                <w:color w:val="78716C"/>
                <w:sz w:val="16"/>
                <w:highlight w:val="lightGray"/>
              </w:rPr>
              <w:t>Variante A – mit Umsatzsteuer (Regelbesteuerung) · nicht passende Seiten löschen, diese Zeile vor dem Versand auch</w:t>
            </w:r>
          </w:p>
        </w:tc>
        <w:tc>
          <w:tcPr>
            <w:tcW w:type="dxa" w:w="4535"/>
            <w:gridSpan w:val="2"/>
          </w:tcPr>
          <w:p>
            <w:pPr>
              <w:jc w:val="right"/>
            </w:pPr>
            <w:r>
              <w:rPr>
                <w:b/>
                <w:color w:val="1C1917"/>
                <w:sz w:val="26"/>
                <w:highlight w:val="lightGray"/>
              </w:rPr>
              <w:t>[Studioname]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[Bereich, z. B. Hochzeitsfotografie]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[Vor- und Nachname]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[Straße Nr.]</w:t>
            </w:r>
            <w:r>
              <w:rPr>
                <w:b w:val="0"/>
                <w:color w:val="1C1917"/>
                <w:sz w:val="18"/>
              </w:rPr>
              <w:t xml:space="preserve">, </w:t>
            </w:r>
            <w:r>
              <w:rPr>
                <w:b w:val="0"/>
                <w:color w:val="1C1917"/>
                <w:sz w:val="18"/>
                <w:highlight w:val="lightGray"/>
              </w:rPr>
              <w:t>[PLZ Ort]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[E-Mail]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[Telefon]</w:t>
            </w:r>
          </w:p>
        </w:tc>
      </w:tr>
      <w:tr>
        <w:trPr>
          <w:trHeight w:val="2551" w:hRule="exact"/>
        </w:trPr>
        <w:tc>
          <w:tcPr>
            <w:tcW w:type="dxa" w:w="4819"/>
          </w:tcPr>
          <w:p>
            <w:pPr>
              <w:spacing w:before="283"/>
            </w:pP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[Studioname]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[Straße Nr.]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[PLZ Ort]</w:t>
            </w:r>
          </w:p>
          <w:p>
            <w:pPr>
              <w:spacing w:before="510"/>
            </w:pPr>
            <w:r>
              <w:rPr>
                <w:b w:val="0"/>
                <w:color w:val="1C1917"/>
                <w:sz w:val="20"/>
                <w:highlight w:val="lightGray"/>
              </w:rPr>
              <w:t>[Namen des Paares]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[Straße Nr.]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685"/>
          </w:tcPr>
          <w:p>
            <w:pPr>
              <w:spacing w:before="170"/>
            </w:pPr>
            <w:r>
              <w:rPr>
                <w:b w:val="0"/>
                <w:color w:val="78716C"/>
                <w:sz w:val="15"/>
              </w:rPr>
              <w:t>Rechnungsnummer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[Nummer]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Rechnungsdatum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Voraussichtlicher Leistungszeitpunkt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[Monat oder TT.MM.JJJJ]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Steuernummer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[Steuernummer]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Zahlung erhalten am</w:t>
            </w:r>
          </w:p>
          <w:p>
            <w:pPr>
              <w:spacing w:before="0"/>
            </w:pPr>
            <w:commentRangeStart w:id="0"/>
            <w:r>
              <w:rPr>
                <w:b w:val="0"/>
                <w:color w:val="1C1917"/>
                <w:sz w:val="18"/>
                <w:highlight w:val="lightGray"/>
              </w:rPr>
              <w:t>[TT.MM.JJJJ, sonst Zeile löschen]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</w:tbl>
    <w:p>
      <w:pPr>
        <w:spacing w:before="340" w:after="113"/>
      </w:pPr>
      <w:r>
        <w:rPr>
          <w:b/>
          <w:color w:val="1C1917"/>
          <w:sz w:val="32"/>
        </w:rPr>
        <w:t>Anzahlungsrechnung</w:t>
      </w:r>
    </w:p>
    <w:p>
      <w:pPr>
        <w:spacing w:before="0" w:after="170"/>
      </w:pPr>
      <w:r>
        <w:rPr>
          <w:b w:val="0"/>
          <w:color w:val="1C1917"/>
          <w:sz w:val="20"/>
        </w:rPr>
        <w:t xml:space="preserve">Vielen Dank für eure Buchung. Für </w:t>
      </w:r>
      <w:r>
        <w:rPr>
          <w:b w:val="0"/>
          <w:color w:val="1C1917"/>
          <w:sz w:val="20"/>
          <w:highlight w:val="lightGray"/>
        </w:rPr>
        <w:t>[Leistung]</w:t>
      </w:r>
      <w:r>
        <w:rPr>
          <w:b w:val="0"/>
          <w:color w:val="1C1917"/>
          <w:sz w:val="20"/>
        </w:rPr>
        <w:t xml:space="preserve"> im </w:t>
      </w:r>
      <w:r>
        <w:rPr>
          <w:b w:val="0"/>
          <w:color w:val="1C1917"/>
          <w:sz w:val="20"/>
          <w:highlight w:val="lightGray"/>
        </w:rPr>
        <w:t>[Monat]</w:t>
      </w:r>
      <w:r>
        <w:rPr>
          <w:b w:val="0"/>
          <w:color w:val="1C1917"/>
          <w:sz w:val="20"/>
        </w:rPr>
        <w:t xml:space="preserve"> berechne ich vorab die vereinbarte Anzahlung: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5046"/>
        <w:gridCol w:w="1417"/>
        <w:gridCol w:w="1417"/>
        <w:gridCol w:w="1474"/>
      </w:tblGrid>
      <w:tr>
        <w:trPr>
          <w:cantSplit/>
          <w:tblHeader/>
        </w:trPr>
        <w:tc>
          <w:tcPr>
            <w:tcW w:type="dxa" w:w="5046"/>
          </w:tcPr>
          <w:p>
            <w:r>
              <w:rPr>
                <w:b/>
                <w:color w:val="78716C"/>
                <w:sz w:val="16"/>
              </w:rPr>
              <w:t>Position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Netto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USt 19 %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Brutto</w:t>
            </w:r>
          </w:p>
        </w:tc>
      </w:tr>
      <w:tr>
        <w:trPr>
          <w:cantSplit/>
        </w:trPr>
        <w:tc>
          <w:tcPr>
            <w:tcW w:type="dxa" w:w="5046"/>
          </w:tcPr>
          <w:p>
            <w:commentRangeStart w:id="1"/>
            <w:r>
              <w:rPr>
                <w:b w:val="0"/>
                <w:color w:val="1C1917"/>
                <w:sz w:val="18"/>
                <w:highlight w:val="lightGray"/>
              </w:rPr>
              <w:t>[Positionstext, siehe Kommentar]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[Netto]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[USt]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[Brutto]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rPr>
                <w:b/>
                <w:color w:val="1C1917"/>
                <w:sz w:val="18"/>
              </w:rPr>
              <w:t>Anzahlungsbetrag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netto]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USt]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brutto]</w:t>
            </w:r>
          </w:p>
        </w:tc>
      </w:tr>
    </w:tbl>
    <w:p>
      <w:pPr>
        <w:spacing w:before="142" w:after="0"/>
      </w:pPr>
      <w:r>
        <w:rPr>
          <w:b w:val="0"/>
          <w:color w:val="1C1917"/>
          <w:sz w:val="20"/>
        </w:rPr>
        <w:t>Dieser Betrag wird in der Schlussrechnung abgezogen.</w:t>
      </w:r>
    </w:p>
    <w:p>
      <w:pPr>
        <w:spacing w:before="142" w:after="0"/>
      </w:pPr>
      <w:r>
        <w:rPr>
          <w:b w:val="0"/>
          <w:color w:val="1C1917"/>
          <w:sz w:val="20"/>
        </w:rPr>
        <w:t>Im Betrag sind 19 % Umsatzsteuer (</w:t>
      </w:r>
      <w:r>
        <w:rPr>
          <w:b w:val="0"/>
          <w:color w:val="1C1917"/>
          <w:sz w:val="20"/>
          <w:highlight w:val="lightGray"/>
        </w:rPr>
        <w:t>[Summe USt]</w:t>
      </w:r>
      <w:r>
        <w:rPr>
          <w:b w:val="0"/>
          <w:color w:val="1C1917"/>
          <w:sz w:val="20"/>
        </w:rPr>
        <w:t>) enthalten.</w:t>
      </w:r>
    </w:p>
    <w:p>
      <w:pPr>
        <w:spacing w:before="227" w:after="0"/>
      </w:pPr>
      <w:r>
        <w:rPr>
          <w:b w:val="0"/>
          <w:color w:val="1C1917"/>
          <w:sz w:val="20"/>
        </w:rPr>
        <w:t xml:space="preserve">Bitte überweist den Betrag bis zum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auf dieses Konto: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Kontoinhaberin </w:t>
      </w:r>
      <w:r>
        <w:rPr>
          <w:b w:val="0"/>
          <w:color w:val="1C1917"/>
          <w:sz w:val="20"/>
          <w:highlight w:val="lightGray"/>
        </w:rPr>
        <w:t>[Name]</w:t>
      </w:r>
      <w:r>
        <w:rPr>
          <w:b w:val="0"/>
          <w:color w:val="1C1917"/>
          <w:sz w:val="20"/>
        </w:rPr>
        <w:t xml:space="preserve"> · IBAN </w:t>
      </w:r>
      <w:r>
        <w:rPr>
          <w:b w:val="0"/>
          <w:color w:val="1C1917"/>
          <w:sz w:val="20"/>
          <w:highlight w:val="lightGray"/>
        </w:rPr>
        <w:t>[IBAN]</w:t>
      </w:r>
      <w:r>
        <w:rPr>
          <w:b w:val="0"/>
          <w:color w:val="1C1917"/>
          <w:sz w:val="20"/>
        </w:rPr>
        <w:t xml:space="preserve"> · BIC </w:t>
      </w:r>
      <w:r>
        <w:rPr>
          <w:b w:val="0"/>
          <w:color w:val="1C1917"/>
          <w:sz w:val="20"/>
          <w:highlight w:val="lightGray"/>
        </w:rPr>
        <w:t>[BIC]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Verwendungszweck: Rechnung </w:t>
      </w:r>
      <w:r>
        <w:rPr>
          <w:b w:val="0"/>
          <w:color w:val="1C1917"/>
          <w:sz w:val="20"/>
          <w:highlight w:val="lightGray"/>
        </w:rPr>
        <w:t>[Nummer]</w:t>
      </w:r>
    </w:p>
    <w:p>
      <w:pPr>
        <w:sectPr>
          <w:pgSz w:w="11906" w:h="16838"/>
          <w:pgMar w:top="1134" w:right="1134" w:bottom="1134" w:left="1417" w:header="510" w:footer="510" w:gutter="0"/>
          <w:cols w:space="720"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118"/>
        <w:gridCol w:w="3118"/>
        <w:gridCol w:w="3118"/>
      </w:tblGrid>
      <w:tr>
        <w:trPr>
          <w:trHeight w:val="1417" w:hRule="exact"/>
        </w:trPr>
        <w:tc>
          <w:tcPr>
            <w:tcW w:type="dxa" w:w="4819"/>
          </w:tcPr>
          <w:p>
            <w:r>
              <w:rPr>
                <w:b w:val="0"/>
                <w:color w:val="78716C"/>
                <w:sz w:val="16"/>
                <w:highlight w:val="lightGray"/>
              </w:rPr>
              <w:t>Variante B – Kleinunternehmer (§ 19 UStG) · nicht passende Seiten löschen, diese Zeile vor dem Versand auch</w:t>
            </w:r>
          </w:p>
        </w:tc>
        <w:tc>
          <w:tcPr>
            <w:tcW w:type="dxa" w:w="4535"/>
            <w:gridSpan w:val="2"/>
          </w:tcPr>
          <w:p>
            <w:pPr>
              <w:jc w:val="right"/>
            </w:pPr>
            <w:r>
              <w:rPr>
                <w:b/>
                <w:color w:val="1C1917"/>
                <w:sz w:val="26"/>
                <w:highlight w:val="lightGray"/>
              </w:rPr>
              <w:t>[Studioname]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[Bereich, z. B. Hochzeitsfotografie]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[Vor- und Nachname]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[Straße Nr.]</w:t>
            </w:r>
            <w:r>
              <w:rPr>
                <w:b w:val="0"/>
                <w:color w:val="1C1917"/>
                <w:sz w:val="18"/>
              </w:rPr>
              <w:t xml:space="preserve">, </w:t>
            </w:r>
            <w:r>
              <w:rPr>
                <w:b w:val="0"/>
                <w:color w:val="1C1917"/>
                <w:sz w:val="18"/>
                <w:highlight w:val="lightGray"/>
              </w:rPr>
              <w:t>[PLZ Ort]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[E-Mail]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[Telefon]</w:t>
            </w:r>
          </w:p>
        </w:tc>
      </w:tr>
      <w:tr>
        <w:trPr>
          <w:trHeight w:val="2551" w:hRule="exact"/>
        </w:trPr>
        <w:tc>
          <w:tcPr>
            <w:tcW w:type="dxa" w:w="4819"/>
          </w:tcPr>
          <w:p>
            <w:pPr>
              <w:spacing w:before="283"/>
            </w:pP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[Studioname]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[Straße Nr.]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[PLZ Ort]</w:t>
            </w:r>
          </w:p>
          <w:p>
            <w:pPr>
              <w:spacing w:before="510"/>
            </w:pPr>
            <w:r>
              <w:rPr>
                <w:b w:val="0"/>
                <w:color w:val="1C1917"/>
                <w:sz w:val="20"/>
                <w:highlight w:val="lightGray"/>
              </w:rPr>
              <w:t>[Namen des Paares]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[Straße Nr.]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685"/>
          </w:tcPr>
          <w:p>
            <w:pPr>
              <w:spacing w:before="170"/>
            </w:pPr>
            <w:r>
              <w:rPr>
                <w:b w:val="0"/>
                <w:color w:val="78716C"/>
                <w:sz w:val="15"/>
              </w:rPr>
              <w:t>Rechnungsnummer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[Nummer]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Rechnungsdatum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Voraussichtlicher Leistungszeitpunkt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[Monat oder TT.MM.JJJJ]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Steuernummer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[Steuernummer]</w:t>
            </w:r>
          </w:p>
          <w:p>
            <w:pPr>
              <w:spacing w:before="34"/>
            </w:pPr>
            <w:r>
              <w:rPr>
                <w:b w:val="0"/>
                <w:color w:val="78716C"/>
                <w:sz w:val="15"/>
              </w:rPr>
              <w:t>Zahlung erhalten am</w:t>
            </w:r>
          </w:p>
          <w:p>
            <w:pPr>
              <w:spacing w:before="0"/>
            </w:pPr>
            <w:commentRangeStart w:id="2"/>
            <w:r>
              <w:rPr>
                <w:b w:val="0"/>
                <w:color w:val="1C1917"/>
                <w:sz w:val="18"/>
                <w:highlight w:val="lightGray"/>
              </w:rPr>
              <w:t>[TT.MM.JJJJ, sonst Zeile löschen]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</w:tbl>
    <w:p>
      <w:pPr>
        <w:spacing w:before="340" w:after="113"/>
      </w:pPr>
      <w:r>
        <w:rPr>
          <w:b/>
          <w:color w:val="1C1917"/>
          <w:sz w:val="32"/>
        </w:rPr>
        <w:t>Anzahlungsrechnung</w:t>
      </w:r>
    </w:p>
    <w:p>
      <w:pPr>
        <w:spacing w:before="0" w:after="170"/>
      </w:pPr>
      <w:r>
        <w:rPr>
          <w:b w:val="0"/>
          <w:color w:val="1C1917"/>
          <w:sz w:val="20"/>
        </w:rPr>
        <w:t xml:space="preserve">Vielen Dank für eure Buchung. Für </w:t>
      </w:r>
      <w:r>
        <w:rPr>
          <w:b w:val="0"/>
          <w:color w:val="1C1917"/>
          <w:sz w:val="20"/>
          <w:highlight w:val="lightGray"/>
        </w:rPr>
        <w:t>[Leistung]</w:t>
      </w:r>
      <w:r>
        <w:rPr>
          <w:b w:val="0"/>
          <w:color w:val="1C1917"/>
          <w:sz w:val="20"/>
        </w:rPr>
        <w:t xml:space="preserve"> im </w:t>
      </w:r>
      <w:r>
        <w:rPr>
          <w:b w:val="0"/>
          <w:color w:val="1C1917"/>
          <w:sz w:val="20"/>
          <w:highlight w:val="lightGray"/>
        </w:rPr>
        <w:t>[Monat]</w:t>
      </w:r>
      <w:r>
        <w:rPr>
          <w:b w:val="0"/>
          <w:color w:val="1C1917"/>
          <w:sz w:val="20"/>
        </w:rPr>
        <w:t xml:space="preserve"> berechne ich vorab die vereinbarte Anzahlung: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7370"/>
        <w:gridCol w:w="1984"/>
      </w:tblGrid>
      <w:tr>
        <w:trPr>
          <w:cantSplit/>
          <w:tblHeader/>
        </w:trPr>
        <w:tc>
          <w:tcPr>
            <w:tcW w:type="dxa" w:w="7370"/>
          </w:tcPr>
          <w:p>
            <w:r>
              <w:rPr>
                <w:b/>
                <w:color w:val="78716C"/>
                <w:sz w:val="16"/>
              </w:rPr>
              <w:t>Position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Betrag</w:t>
            </w:r>
          </w:p>
        </w:tc>
      </w:tr>
      <w:tr>
        <w:trPr>
          <w:cantSplit/>
        </w:trPr>
        <w:tc>
          <w:tcPr>
            <w:tcW w:type="dxa" w:w="7370"/>
          </w:tcPr>
          <w:p>
            <w:commentRangeStart w:id="3"/>
            <w:r>
              <w:rPr>
                <w:b w:val="0"/>
                <w:color w:val="1C1917"/>
                <w:sz w:val="18"/>
                <w:highlight w:val="lightGray"/>
              </w:rPr>
              <w:t>[Positionstext, siehe Kommentar]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[Betrag]</w:t>
            </w:r>
          </w:p>
        </w:tc>
      </w:tr>
      <w:tr>
        <w:trPr>
          <w:cantSplit/>
        </w:trPr>
        <w:tc>
          <w:tcPr>
            <w:tcW w:type="dxa" w:w="7370"/>
          </w:tcPr>
          <w:p>
            <w:r>
              <w:rPr>
                <w:b/>
                <w:color w:val="1C1917"/>
                <w:sz w:val="18"/>
              </w:rPr>
              <w:t>Anzahlungsbetrag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[Summe]</w:t>
            </w:r>
          </w:p>
        </w:tc>
      </w:tr>
    </w:tbl>
    <w:p>
      <w:pPr>
        <w:spacing w:before="142" w:after="0"/>
      </w:pPr>
      <w:r>
        <w:rPr>
          <w:b w:val="0"/>
          <w:color w:val="1C1917"/>
          <w:sz w:val="20"/>
        </w:rPr>
        <w:t>Dieser Betrag wird in der Schlussrechnung abgezogen.</w:t>
      </w:r>
    </w:p>
    <w:p>
      <w:pPr>
        <w:spacing w:before="142" w:after="0"/>
      </w:pPr>
      <w:r>
        <w:rPr>
          <w:b w:val="0"/>
          <w:color w:val="1C1917"/>
          <w:sz w:val="20"/>
        </w:rPr>
        <w:t>Für diese Leistung gilt die Steuerbefreiung für Kleinunternehmer (§ 19 UStG).</w:t>
      </w:r>
    </w:p>
    <w:p>
      <w:pPr>
        <w:spacing w:before="227" w:after="0"/>
      </w:pPr>
      <w:r>
        <w:rPr>
          <w:b w:val="0"/>
          <w:color w:val="1C1917"/>
          <w:sz w:val="20"/>
        </w:rPr>
        <w:t xml:space="preserve">Bitte überweist den Betrag bis zum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auf dieses Konto: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Kontoinhaberin </w:t>
      </w:r>
      <w:r>
        <w:rPr>
          <w:b w:val="0"/>
          <w:color w:val="1C1917"/>
          <w:sz w:val="20"/>
          <w:highlight w:val="lightGray"/>
        </w:rPr>
        <w:t>[Name]</w:t>
      </w:r>
      <w:r>
        <w:rPr>
          <w:b w:val="0"/>
          <w:color w:val="1C1917"/>
          <w:sz w:val="20"/>
        </w:rPr>
        <w:t xml:space="preserve"> · IBAN </w:t>
      </w:r>
      <w:r>
        <w:rPr>
          <w:b w:val="0"/>
          <w:color w:val="1C1917"/>
          <w:sz w:val="20"/>
          <w:highlight w:val="lightGray"/>
        </w:rPr>
        <w:t>[IBAN]</w:t>
      </w:r>
      <w:r>
        <w:rPr>
          <w:b w:val="0"/>
          <w:color w:val="1C1917"/>
          <w:sz w:val="20"/>
        </w:rPr>
        <w:t xml:space="preserve"> · BIC </w:t>
      </w:r>
      <w:r>
        <w:rPr>
          <w:b w:val="0"/>
          <w:color w:val="1C1917"/>
          <w:sz w:val="20"/>
          <w:highlight w:val="lightGray"/>
        </w:rPr>
        <w:t>[BIC]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Verwendungszweck: Rechnung </w:t>
      </w:r>
      <w:r>
        <w:rPr>
          <w:b w:val="0"/>
          <w:color w:val="1C1917"/>
          <w:sz w:val="20"/>
          <w:highlight w:val="lightGray"/>
        </w:rPr>
        <w:t>[Nummer]</w:t>
      </w:r>
    </w:p>
    <w:p>
      <w:pPr>
        <w:sectPr>
          <w:pgSz w:w="11906" w:h="16838"/>
          <w:pgMar w:top="1134" w:right="1134" w:bottom="1134" w:left="1417" w:header="510" w:footer="510" w:gutter="0"/>
          <w:cols w:space="720"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118"/>
        <w:gridCol w:w="3118"/>
        <w:gridCol w:w="3118"/>
      </w:tblGrid>
      <w:tr>
        <w:trPr>
          <w:trHeight w:val="1417" w:hRule="exact"/>
        </w:trPr>
        <w:tc>
          <w:tcPr>
            <w:tcW w:type="dxa" w:w="4819"/>
          </w:tcPr>
          <w:p>
            <w:r>
              <w:rPr>
                <w:b w:val="0"/>
                <w:color w:val="78716C"/>
                <w:sz w:val="16"/>
                <w:highlight w:val="lightGray"/>
              </w:rPr>
              <w:t>Variante A – mit Umsatzsteuer (Regelbesteuerung) · nicht passende Seiten löschen, diese Zeile vor dem Versand auch</w:t>
            </w:r>
          </w:p>
        </w:tc>
        <w:tc>
          <w:tcPr>
            <w:tcW w:type="dxa" w:w="4535"/>
            <w:gridSpan w:val="2"/>
          </w:tcPr>
          <w:p>
            <w:pPr>
              <w:jc w:val="right"/>
            </w:pPr>
            <w:r>
              <w:rPr>
                <w:b/>
                <w:color w:val="1C1917"/>
                <w:sz w:val="26"/>
                <w:highlight w:val="lightGray"/>
              </w:rPr>
              <w:t>[Studioname]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[Bereich, z. B. Hochzeitsfotografie]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[Vor- und Nachname]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[Straße Nr.]</w:t>
            </w:r>
            <w:r>
              <w:rPr>
                <w:b w:val="0"/>
                <w:color w:val="1C1917"/>
                <w:sz w:val="18"/>
              </w:rPr>
              <w:t xml:space="preserve">, </w:t>
            </w:r>
            <w:r>
              <w:rPr>
                <w:b w:val="0"/>
                <w:color w:val="1C1917"/>
                <w:sz w:val="18"/>
                <w:highlight w:val="lightGray"/>
              </w:rPr>
              <w:t>[PLZ Ort]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[E-Mail]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[Telefon]</w:t>
            </w:r>
          </w:p>
        </w:tc>
      </w:tr>
      <w:tr>
        <w:trPr>
          <w:trHeight w:val="2551" w:hRule="exact"/>
        </w:trPr>
        <w:tc>
          <w:tcPr>
            <w:tcW w:type="dxa" w:w="4819"/>
          </w:tcPr>
          <w:p>
            <w:pPr>
              <w:spacing w:before="283"/>
            </w:pP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[Studioname]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[Straße Nr.]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[PLZ Ort]</w:t>
            </w:r>
          </w:p>
          <w:p>
            <w:pPr>
              <w:spacing w:before="510"/>
            </w:pPr>
            <w:r>
              <w:rPr>
                <w:b w:val="0"/>
                <w:color w:val="1C1917"/>
                <w:sz w:val="20"/>
                <w:highlight w:val="lightGray"/>
              </w:rPr>
              <w:t>[Namen des Paares]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[Straße Nr.]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685"/>
          </w:tcPr>
          <w:p>
            <w:pPr>
              <w:spacing w:before="283"/>
            </w:pPr>
            <w:r>
              <w:rPr>
                <w:b w:val="0"/>
                <w:color w:val="78716C"/>
                <w:sz w:val="15"/>
              </w:rPr>
              <w:t>Rechnungsnummer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[Nummer]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Rechnungsdatum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Leistungsdatum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Steuernummer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[Steuernummer]</w:t>
            </w:r>
          </w:p>
        </w:tc>
      </w:tr>
    </w:tbl>
    <w:p>
      <w:pPr>
        <w:spacing w:before="340" w:after="113"/>
      </w:pPr>
      <w:r>
        <w:rPr>
          <w:b/>
          <w:color w:val="1C1917"/>
          <w:sz w:val="32"/>
        </w:rPr>
        <w:t>Schlussrechnung</w:t>
      </w:r>
    </w:p>
    <w:p>
      <w:pPr>
        <w:spacing w:before="0" w:after="170"/>
      </w:pPr>
      <w:r>
        <w:rPr>
          <w:b w:val="0"/>
          <w:color w:val="1C1917"/>
          <w:sz w:val="20"/>
        </w:rPr>
        <w:t xml:space="preserve">Vielen Dank für eure Buchung. Für </w:t>
      </w:r>
      <w:r>
        <w:rPr>
          <w:b w:val="0"/>
          <w:color w:val="1C1917"/>
          <w:sz w:val="20"/>
          <w:highlight w:val="lightGray"/>
        </w:rPr>
        <w:t>[Leistung]</w:t>
      </w:r>
      <w:r>
        <w:rPr>
          <w:b w:val="0"/>
          <w:color w:val="1C1917"/>
          <w:sz w:val="20"/>
        </w:rPr>
        <w:t xml:space="preserve"> am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berechne ich abschließend: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5046"/>
        <w:gridCol w:w="1417"/>
        <w:gridCol w:w="1417"/>
        <w:gridCol w:w="1474"/>
      </w:tblGrid>
      <w:tr>
        <w:trPr>
          <w:cantSplit/>
          <w:tblHeader/>
        </w:trPr>
        <w:tc>
          <w:tcPr>
            <w:tcW w:type="dxa" w:w="5046"/>
          </w:tcPr>
          <w:p>
            <w:r>
              <w:rPr>
                <w:b/>
                <w:color w:val="78716C"/>
                <w:sz w:val="16"/>
              </w:rPr>
              <w:t>Position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Netto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USt 19 %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Brutto</w:t>
            </w:r>
          </w:p>
        </w:tc>
      </w:tr>
      <w:tr>
        <w:trPr>
          <w:cantSplit/>
        </w:trPr>
        <w:tc>
          <w:tcPr>
            <w:tcW w:type="dxa" w:w="5046"/>
          </w:tcPr>
          <w:p>
            <w:commentRangeStart w:id="4"/>
            <w:r>
              <w:rPr>
                <w:b w:val="0"/>
                <w:color w:val="1C1917"/>
                <w:sz w:val="18"/>
                <w:highlight w:val="lightGray"/>
              </w:rPr>
              <w:t>[Positionstext, siehe Kommentar]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[Netto]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[USt]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[Brutto]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rPr>
                <w:b w:val="0"/>
                <w:color w:val="1C1917"/>
                <w:sz w:val="18"/>
              </w:rPr>
              <w:t xml:space="preserve">abzgl. Anzahlung, Rechnung </w:t>
            </w:r>
            <w:commentRangeStart w:id="5"/>
            <w:r>
              <w:rPr>
                <w:b w:val="0"/>
                <w:color w:val="1C1917"/>
                <w:sz w:val="18"/>
                <w:highlight w:val="lightGray"/>
              </w:rPr>
              <w:t>[Nr.]</w:t>
            </w:r>
            <w:commentRangeEnd w:id="5"/>
            <w:r>
              <w:rPr>
                <w:rStyle w:val="CommentReference"/>
              </w:rPr>
              <w:commentReference w:id="5"/>
            </w:r>
            <w:r>
              <w:rPr>
                <w:b w:val="0"/>
                <w:color w:val="1C1917"/>
                <w:sz w:val="18"/>
              </w:rPr>
              <w:t xml:space="preserve"> vom </w:t>
            </w: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  <w:r>
              <w:rPr>
                <w:b w:val="0"/>
                <w:color w:val="1C1917"/>
                <w:sz w:val="18"/>
              </w:rPr>
              <w:t xml:space="preserve">, bezahlt </w:t>
            </w: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[Netto]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[USt]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[Brutto]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rPr>
                <w:b/>
                <w:color w:val="1C1917"/>
                <w:sz w:val="18"/>
              </w:rPr>
              <w:t>Noch zu zahlen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netto]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USt]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 brutto]</w:t>
            </w:r>
          </w:p>
        </w:tc>
      </w:tr>
    </w:tbl>
    <w:p>
      <w:pPr>
        <w:spacing w:before="142" w:after="0"/>
      </w:pPr>
      <w:r>
        <w:rPr>
          <w:b w:val="0"/>
          <w:color w:val="1C1917"/>
          <w:sz w:val="20"/>
        </w:rPr>
        <w:t>Im Betrag sind 19 % Umsatzsteuer (</w:t>
      </w:r>
      <w:r>
        <w:rPr>
          <w:b w:val="0"/>
          <w:color w:val="1C1917"/>
          <w:sz w:val="20"/>
          <w:highlight w:val="lightGray"/>
        </w:rPr>
        <w:t>[Summe USt]</w:t>
      </w:r>
      <w:r>
        <w:rPr>
          <w:b w:val="0"/>
          <w:color w:val="1C1917"/>
          <w:sz w:val="20"/>
        </w:rPr>
        <w:t>) enthalten.</w:t>
      </w:r>
    </w:p>
    <w:p>
      <w:pPr>
        <w:spacing w:before="227" w:after="0"/>
      </w:pPr>
      <w:r>
        <w:rPr>
          <w:b w:val="0"/>
          <w:color w:val="1C1917"/>
          <w:sz w:val="20"/>
        </w:rPr>
        <w:t xml:space="preserve">Bitte überweist den Betrag bis zum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auf dieses Konto: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Kontoinhaberin </w:t>
      </w:r>
      <w:r>
        <w:rPr>
          <w:b w:val="0"/>
          <w:color w:val="1C1917"/>
          <w:sz w:val="20"/>
          <w:highlight w:val="lightGray"/>
        </w:rPr>
        <w:t>[Name]</w:t>
      </w:r>
      <w:r>
        <w:rPr>
          <w:b w:val="0"/>
          <w:color w:val="1C1917"/>
          <w:sz w:val="20"/>
        </w:rPr>
        <w:t xml:space="preserve"> · IBAN </w:t>
      </w:r>
      <w:r>
        <w:rPr>
          <w:b w:val="0"/>
          <w:color w:val="1C1917"/>
          <w:sz w:val="20"/>
          <w:highlight w:val="lightGray"/>
        </w:rPr>
        <w:t>[IBAN]</w:t>
      </w:r>
      <w:r>
        <w:rPr>
          <w:b w:val="0"/>
          <w:color w:val="1C1917"/>
          <w:sz w:val="20"/>
        </w:rPr>
        <w:t xml:space="preserve"> · BIC </w:t>
      </w:r>
      <w:r>
        <w:rPr>
          <w:b w:val="0"/>
          <w:color w:val="1C1917"/>
          <w:sz w:val="20"/>
          <w:highlight w:val="lightGray"/>
        </w:rPr>
        <w:t>[BIC]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Verwendungszweck: Rechnung </w:t>
      </w:r>
      <w:r>
        <w:rPr>
          <w:b w:val="0"/>
          <w:color w:val="1C1917"/>
          <w:sz w:val="20"/>
          <w:highlight w:val="lightGray"/>
        </w:rPr>
        <w:t>[Nummer]</w:t>
      </w:r>
    </w:p>
    <w:p>
      <w:pPr>
        <w:sectPr>
          <w:pgSz w:w="11906" w:h="16838"/>
          <w:pgMar w:top="1134" w:right="1134" w:bottom="1134" w:left="1417" w:header="510" w:footer="510" w:gutter="0"/>
          <w:cols w:space="720"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118"/>
        <w:gridCol w:w="3118"/>
        <w:gridCol w:w="3118"/>
      </w:tblGrid>
      <w:tr>
        <w:trPr>
          <w:trHeight w:val="1417" w:hRule="exact"/>
        </w:trPr>
        <w:tc>
          <w:tcPr>
            <w:tcW w:type="dxa" w:w="4819"/>
          </w:tcPr>
          <w:p>
            <w:r>
              <w:rPr>
                <w:b w:val="0"/>
                <w:color w:val="78716C"/>
                <w:sz w:val="16"/>
                <w:highlight w:val="lightGray"/>
              </w:rPr>
              <w:t>Variante B – Kleinunternehmer (§ 19 UStG) · nicht passende Seiten löschen, diese Zeile vor dem Versand auch</w:t>
            </w:r>
          </w:p>
        </w:tc>
        <w:tc>
          <w:tcPr>
            <w:tcW w:type="dxa" w:w="4535"/>
            <w:gridSpan w:val="2"/>
          </w:tcPr>
          <w:p>
            <w:pPr>
              <w:jc w:val="right"/>
            </w:pPr>
            <w:r>
              <w:rPr>
                <w:b/>
                <w:color w:val="1C1917"/>
                <w:sz w:val="26"/>
                <w:highlight w:val="lightGray"/>
              </w:rPr>
              <w:t>[Studioname]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[Bereich, z. B. Hochzeitsfotografie]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[Vor- und Nachname]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[Straße Nr.]</w:t>
            </w:r>
            <w:r>
              <w:rPr>
                <w:b w:val="0"/>
                <w:color w:val="1C1917"/>
                <w:sz w:val="18"/>
              </w:rPr>
              <w:t xml:space="preserve">, </w:t>
            </w:r>
            <w:r>
              <w:rPr>
                <w:b w:val="0"/>
                <w:color w:val="1C1917"/>
                <w:sz w:val="18"/>
                <w:highlight w:val="lightGray"/>
              </w:rPr>
              <w:t>[PLZ Ort]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[E-Mail]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[Telefon]</w:t>
            </w:r>
          </w:p>
        </w:tc>
      </w:tr>
      <w:tr>
        <w:trPr>
          <w:trHeight w:val="2551" w:hRule="exact"/>
        </w:trPr>
        <w:tc>
          <w:tcPr>
            <w:tcW w:type="dxa" w:w="4819"/>
          </w:tcPr>
          <w:p>
            <w:pPr>
              <w:spacing w:before="283"/>
            </w:pP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[Studioname]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[Straße Nr.]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[PLZ Ort]</w:t>
            </w:r>
          </w:p>
          <w:p>
            <w:pPr>
              <w:spacing w:before="510"/>
            </w:pPr>
            <w:r>
              <w:rPr>
                <w:b w:val="0"/>
                <w:color w:val="1C1917"/>
                <w:sz w:val="20"/>
                <w:highlight w:val="lightGray"/>
              </w:rPr>
              <w:t>[Namen des Paares]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[Straße Nr.]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685"/>
          </w:tcPr>
          <w:p>
            <w:pPr>
              <w:spacing w:before="283"/>
            </w:pPr>
            <w:r>
              <w:rPr>
                <w:b w:val="0"/>
                <w:color w:val="78716C"/>
                <w:sz w:val="15"/>
              </w:rPr>
              <w:t>Rechnungsnummer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[Nummer]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Rechnungsdatum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Leistungsdatum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Steuernummer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[Steuernummer]</w:t>
            </w:r>
          </w:p>
        </w:tc>
      </w:tr>
    </w:tbl>
    <w:p>
      <w:pPr>
        <w:spacing w:before="340" w:after="113"/>
      </w:pPr>
      <w:r>
        <w:rPr>
          <w:b/>
          <w:color w:val="1C1917"/>
          <w:sz w:val="32"/>
        </w:rPr>
        <w:t>Schlussrechnung</w:t>
      </w:r>
    </w:p>
    <w:p>
      <w:pPr>
        <w:spacing w:before="0" w:after="170"/>
      </w:pPr>
      <w:r>
        <w:rPr>
          <w:b w:val="0"/>
          <w:color w:val="1C1917"/>
          <w:sz w:val="20"/>
        </w:rPr>
        <w:t xml:space="preserve">Vielen Dank für eure Buchung. Für </w:t>
      </w:r>
      <w:r>
        <w:rPr>
          <w:b w:val="0"/>
          <w:color w:val="1C1917"/>
          <w:sz w:val="20"/>
          <w:highlight w:val="lightGray"/>
        </w:rPr>
        <w:t>[Leistung]</w:t>
      </w:r>
      <w:r>
        <w:rPr>
          <w:b w:val="0"/>
          <w:color w:val="1C1917"/>
          <w:sz w:val="20"/>
        </w:rPr>
        <w:t xml:space="preserve"> am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berechne ich abschließend: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7370"/>
        <w:gridCol w:w="1984"/>
      </w:tblGrid>
      <w:tr>
        <w:trPr>
          <w:cantSplit/>
          <w:tblHeader/>
        </w:trPr>
        <w:tc>
          <w:tcPr>
            <w:tcW w:type="dxa" w:w="7370"/>
          </w:tcPr>
          <w:p>
            <w:r>
              <w:rPr>
                <w:b/>
                <w:color w:val="78716C"/>
                <w:sz w:val="16"/>
              </w:rPr>
              <w:t>Position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Betrag</w:t>
            </w:r>
          </w:p>
        </w:tc>
      </w:tr>
      <w:tr>
        <w:trPr>
          <w:cantSplit/>
        </w:trPr>
        <w:tc>
          <w:tcPr>
            <w:tcW w:type="dxa" w:w="7370"/>
          </w:tcPr>
          <w:p>
            <w:commentRangeStart w:id="6"/>
            <w:r>
              <w:rPr>
                <w:b w:val="0"/>
                <w:color w:val="1C1917"/>
                <w:sz w:val="18"/>
                <w:highlight w:val="lightGray"/>
              </w:rPr>
              <w:t>[Positionstext, siehe Kommentar]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[Betrag]</w:t>
            </w:r>
          </w:p>
        </w:tc>
      </w:tr>
      <w:tr>
        <w:trPr>
          <w:cantSplit/>
        </w:trPr>
        <w:tc>
          <w:tcPr>
            <w:tcW w:type="dxa" w:w="7370"/>
          </w:tcPr>
          <w:p>
            <w:r>
              <w:rPr>
                <w:b w:val="0"/>
                <w:color w:val="1C1917"/>
                <w:sz w:val="18"/>
              </w:rPr>
              <w:t xml:space="preserve">abzgl. Anzahlung, Rechnung </w:t>
            </w:r>
            <w:commentRangeStart w:id="7"/>
            <w:r>
              <w:rPr>
                <w:b w:val="0"/>
                <w:color w:val="1C1917"/>
                <w:sz w:val="18"/>
                <w:highlight w:val="lightGray"/>
              </w:rPr>
              <w:t>[Nr.]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b w:val="0"/>
                <w:color w:val="1C1917"/>
                <w:sz w:val="18"/>
              </w:rPr>
              <w:t xml:space="preserve"> vom </w:t>
            </w: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  <w:r>
              <w:rPr>
                <w:b w:val="0"/>
                <w:color w:val="1C1917"/>
                <w:sz w:val="18"/>
              </w:rPr>
              <w:t xml:space="preserve">, bezahlt </w:t>
            </w: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[Betrag]</w:t>
            </w:r>
          </w:p>
        </w:tc>
      </w:tr>
      <w:tr>
        <w:trPr>
          <w:cantSplit/>
        </w:trPr>
        <w:tc>
          <w:tcPr>
            <w:tcW w:type="dxa" w:w="7370"/>
          </w:tcPr>
          <w:p>
            <w:r>
              <w:rPr>
                <w:b/>
                <w:color w:val="1C1917"/>
                <w:sz w:val="18"/>
              </w:rPr>
              <w:t>Noch zu zahlen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[Summe]</w:t>
            </w:r>
          </w:p>
        </w:tc>
      </w:tr>
    </w:tbl>
    <w:p>
      <w:pPr>
        <w:spacing w:before="142" w:after="0"/>
      </w:pPr>
      <w:r>
        <w:rPr>
          <w:b w:val="0"/>
          <w:color w:val="1C1917"/>
          <w:sz w:val="20"/>
        </w:rPr>
        <w:t>Für diese Leistung gilt die Steuerbefreiung für Kleinunternehmer (§ 19 UStG).</w:t>
      </w:r>
    </w:p>
    <w:p>
      <w:pPr>
        <w:spacing w:before="227" w:after="0"/>
      </w:pPr>
      <w:r>
        <w:rPr>
          <w:b w:val="0"/>
          <w:color w:val="1C1917"/>
          <w:sz w:val="20"/>
        </w:rPr>
        <w:t xml:space="preserve">Bitte überweist den Betrag bis zum </w:t>
      </w:r>
      <w:r>
        <w:rPr>
          <w:b w:val="0"/>
          <w:color w:val="1C1917"/>
          <w:sz w:val="20"/>
          <w:highlight w:val="lightGray"/>
        </w:rPr>
        <w:t>[TT.MM.JJJJ]</w:t>
      </w:r>
      <w:r>
        <w:rPr>
          <w:b w:val="0"/>
          <w:color w:val="1C1917"/>
          <w:sz w:val="20"/>
        </w:rPr>
        <w:t xml:space="preserve"> auf dieses Konto: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Kontoinhaberin </w:t>
      </w:r>
      <w:r>
        <w:rPr>
          <w:b w:val="0"/>
          <w:color w:val="1C1917"/>
          <w:sz w:val="20"/>
          <w:highlight w:val="lightGray"/>
        </w:rPr>
        <w:t>[Name]</w:t>
      </w:r>
      <w:r>
        <w:rPr>
          <w:b w:val="0"/>
          <w:color w:val="1C1917"/>
          <w:sz w:val="20"/>
        </w:rPr>
        <w:t xml:space="preserve"> · IBAN </w:t>
      </w:r>
      <w:r>
        <w:rPr>
          <w:b w:val="0"/>
          <w:color w:val="1C1917"/>
          <w:sz w:val="20"/>
          <w:highlight w:val="lightGray"/>
        </w:rPr>
        <w:t>[IBAN]</w:t>
      </w:r>
      <w:r>
        <w:rPr>
          <w:b w:val="0"/>
          <w:color w:val="1C1917"/>
          <w:sz w:val="20"/>
        </w:rPr>
        <w:t xml:space="preserve"> · BIC </w:t>
      </w:r>
      <w:r>
        <w:rPr>
          <w:b w:val="0"/>
          <w:color w:val="1C1917"/>
          <w:sz w:val="20"/>
          <w:highlight w:val="lightGray"/>
        </w:rPr>
        <w:t>[BIC]</w:t>
      </w:r>
    </w:p>
    <w:p>
      <w:pPr>
        <w:spacing w:before="57" w:after="0"/>
      </w:pPr>
      <w:r>
        <w:rPr>
          <w:b w:val="0"/>
          <w:color w:val="1C1917"/>
          <w:sz w:val="20"/>
        </w:rPr>
        <w:t xml:space="preserve">Verwendungszweck: Rechnung </w:t>
      </w:r>
      <w:r>
        <w:rPr>
          <w:b w:val="0"/>
          <w:color w:val="1C1917"/>
          <w:sz w:val="20"/>
          <w:highlight w:val="lightGray"/>
        </w:rPr>
        <w:t>[Nummer]</w:t>
      </w:r>
    </w:p>
    <w:sectPr w:rsidR="00FC693F" w:rsidRPr="0006063C" w:rsidSect="00034616">
      <w:pgSz w:w="11906" w:h="16838"/>
      <w:pgMar w:top="1134" w:right="1134" w:bottom="1134" w:left="1417" w:header="510" w:footer="51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sicht.app" w:initials="sa" w:date="2026-10-26T14:15:55Z">
    <w:p>
      <w:pPr>
        <w:pStyle w:val="CommentText"/>
      </w:pPr>
      <w:r>
        <w:rPr>
          <w:rStyle w:val="CommentReference"/>
        </w:rPr>
        <w:annotationRef/>
      </w:r>
      <w:r>
        <w:t>§ 14 Abs. 4 Satz 1 Nr. 6 UStG: Zeitpunkt der Vereinnahmung nur angeben, wenn er feststeht und nicht mit dem Rechnungsdatum übereinstimmt. Wird die Rechnung vor der Zahlung geschrieben: leer lassen.</w:t>
      </w:r>
    </w:p>
  </w:comment>
  <w:comment w:id="1" w:author="sicht.app" w:initials="sa" w:date="2026-10-26T14:15:55Z">
    <w:p>
      <w:pPr>
        <w:pStyle w:val="CommentText"/>
      </w:pPr>
      <w:r>
        <w:rPr>
          <w:rStyle w:val="CommentReference"/>
        </w:rPr>
        <w:annotationRef/>
      </w:r>
      <w:r>
        <w:t>Beispielsätze je Bereich – Brautmode: „Anzahlung Brautkleid [Modell], Größe [x], Lieferung voraussichtlich [Monat]“ · Brautstyling: „Anzahlung Brautstyling am Hochzeitstag [Datum]“ (Probetermin nicht auf dieser Rechnung, eigene Rechnung) · Fotografie: „Anzahlung für Hochzeitsreportage, Leistung voraussichtlich [Monat]“</w:t>
      </w:r>
    </w:p>
  </w:comment>
  <w:comment w:id="2" w:author="sicht.app" w:initials="sa" w:date="2026-10-26T14:15:55Z">
    <w:p>
      <w:pPr>
        <w:pStyle w:val="CommentText"/>
      </w:pPr>
      <w:r>
        <w:rPr>
          <w:rStyle w:val="CommentReference"/>
        </w:rPr>
        <w:annotationRef/>
      </w:r>
      <w:r>
        <w:t>§ 14 Abs. 4 Satz 1 Nr. 6 UStG: Zeitpunkt der Vereinnahmung nur angeben, wenn er feststeht und nicht mit dem Rechnungsdatum übereinstimmt. Wird die Rechnung vor der Zahlung geschrieben: leer lassen.</w:t>
      </w:r>
    </w:p>
  </w:comment>
  <w:comment w:id="3" w:author="sicht.app" w:initials="sa" w:date="2026-10-26T14:15:55Z">
    <w:p>
      <w:pPr>
        <w:pStyle w:val="CommentText"/>
      </w:pPr>
      <w:r>
        <w:rPr>
          <w:rStyle w:val="CommentReference"/>
        </w:rPr>
        <w:annotationRef/>
      </w:r>
      <w:r>
        <w:t>Beispielsätze je Bereich – Brautmode: „Anzahlung Brautkleid [Modell], Größe [x], Lieferung voraussichtlich [Monat]“ · Brautstyling: „Anzahlung Brautstyling am Hochzeitstag [Datum]“ (Probetermin nicht auf dieser Rechnung, eigene Rechnung) · Fotografie: „Anzahlung für Hochzeitsreportage, Leistung voraussichtlich [Monat]“</w:t>
      </w:r>
    </w:p>
  </w:comment>
  <w:comment w:id="4" w:author="sicht.app" w:initials="sa" w:date="2026-10-26T14:15:55Z">
    <w:p>
      <w:pPr>
        <w:pStyle w:val="CommentText"/>
      </w:pPr>
      <w:r>
        <w:rPr>
          <w:rStyle w:val="CommentReference"/>
        </w:rPr>
        <w:annotationRef/>
      </w:r>
      <w:r>
        <w:t>Beispielsätze je Bereich – Brautmode: „Brautkleid [Modell], übergeben am [Datum]“, Änderungen als eigene Positionen · Brautstyling: „Brautstyling am Hochzeitstag [Datum]“ · Fotografie: „Hochzeitsreportage, Leistung [Datum]“</w:t>
      </w:r>
    </w:p>
  </w:comment>
  <w:comment w:id="5" w:author="sicht.app" w:initials="sa" w:date="2026-10-26T14:15:55Z">
    <w:p>
      <w:pPr>
        <w:pStyle w:val="CommentText"/>
      </w:pPr>
      <w:r>
        <w:rPr>
          <w:rStyle w:val="CommentReference"/>
        </w:rPr>
        <w:annotationRef/>
      </w:r>
      <w:r>
        <w:t>Bei mehreren Anzahlungen: eine Abzugszeile je Anzahlung, jeweils mit Nummer, Datum und Zahlungsdatum der Anzahlungsrechnung (§ 14 Abs. 5 Satz 2 UStG).</w:t>
      </w:r>
    </w:p>
  </w:comment>
  <w:comment w:id="6" w:author="sicht.app" w:initials="sa" w:date="2026-10-26T14:15:55Z">
    <w:p>
      <w:pPr>
        <w:pStyle w:val="CommentText"/>
      </w:pPr>
      <w:r>
        <w:rPr>
          <w:rStyle w:val="CommentReference"/>
        </w:rPr>
        <w:annotationRef/>
      </w:r>
      <w:r>
        <w:t>Beispielsätze je Bereich – Brautmode: „Brautkleid [Modell], übergeben am [Datum]“, Änderungen als eigene Positionen · Brautstyling: „Brautstyling am Hochzeitstag [Datum]“ · Fotografie: „Hochzeitsreportage, Leistung [Datum]“</w:t>
      </w:r>
    </w:p>
  </w:comment>
  <w:comment w:id="7" w:author="sicht.app" w:initials="sa" w:date="2026-10-26T14:15:55Z">
    <w:p>
      <w:pPr>
        <w:pStyle w:val="CommentText"/>
      </w:pPr>
      <w:r>
        <w:rPr>
          <w:rStyle w:val="CommentReference"/>
        </w:rPr>
        <w:annotationRef/>
      </w:r>
      <w:r>
        <w:t>Bei mehreren Anzahlungen: eine Abzugszeile je Anzahlung, jeweils mit Nummer, Datum und Zahlungsdatum der Anzahlungsrechnung (§ 14 Abs. 5 Satz 2 UStG).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6D3D1"/>
      </w:pBdr>
    </w:pPr>
    <w:r>
      <w:rPr>
        <w:b w:val="0"/>
        <w:color w:val="78716C"/>
        <w:sz w:val="16"/>
      </w:rPr>
      <w:t>Vorlage von sicht.app · sicht.app/ratgeber/anzahlungsrechnung/ · ohne Gewähr</w:t>
    </w:r>
    <w:r>
      <w:drawing>
        <wp:anchor distT="0" distB="0" distL="0" distR="0" simplePos="0" relativeHeight="251659264" behindDoc="0" locked="1" layoutInCell="1" allowOverlap="1">
          <wp:simplePos x="0" y="0"/>
          <wp:positionH relativeFrom="margin">
            <wp:align>right</wp:align>
          </wp:positionH>
          <wp:positionV relativeFrom="page">
            <wp:posOffset>10232680</wp:posOffset>
          </wp:positionV>
          <wp:extent cx="401800" cy="151200"/>
          <wp:effectExtent l="0" t="0" r="0" b="0"/>
          <wp:wrapNone/>
          <wp:docPr id="1" name="Picture 1" descr="sicht.app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v3-vorlagen-logo-fu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1800" cy="151200"/>
                  </a:xfrm>
                  <a:prstGeom prst="rect"/>
                </pic:spPr>
              </pic:pic>
            </a:graphicData>
          </a:graphic>
        </wp:anchor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 w:eastAsia="Arial" w:cs="Arial"/>
      <w:color w:val="1C191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comments" Target="comments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Anzahlungsrechnung und Schlussrechnung mit Zahlungsplan – Vorlage</dc:title>
  <dc:subject/>
  <dc:creator>sicht.app</dc:creator>
  <cp:keywords>Vorlage, sicht.app</cp:keywords>
  <dc:description/>
  <cp:lastModifiedBy>sicht.app</cp:lastModifiedBy>
  <cp:revision>1</cp:revision>
  <dcterms:created xsi:type="dcterms:W3CDTF">2013-12-23T23:15:00Z</dcterms:created>
  <dcterms:modified xsi:type="dcterms:W3CDTF">2013-12-23T23:15:00Z</dcterms:modified>
  <cp:category/>
</cp:coreProperties>
</file>