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A – mit Umsatzsteuer (Regelbesteuerung)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Angebotsnummer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[z. B. AN-2026-031]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Datum des Angebots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Hochzeitsdatum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gültig bis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Angebot</w:t>
      </w:r>
    </w:p>
    <w:p>
      <w:pPr>
        <w:spacing w:before="0" w:after="113"/>
      </w:pPr>
      <w:r>
        <w:rPr>
          <w:b w:val="0"/>
          <w:color w:val="78716C"/>
          <w:sz w:val="18"/>
          <w:highlight w:val="lightGray"/>
        </w:rPr>
        <w:t>Vor dem Versand löschen: Unverbindliche Vorlage, Stand 24.10.2026. Ohne Gewähr für Vollständigkeit, Richtigkeit und Aktualität. Ersetzt keine Rechts- oder Steuerberatung – prüfe sie vor der Verwendung für deinen Fall.</w:t>
      </w:r>
    </w:p>
    <w:p>
      <w:pPr>
        <w:spacing w:before="0" w:after="170"/>
      </w:pPr>
      <w:r>
        <w:rPr>
          <w:b w:val="0"/>
          <w:color w:val="1C1917"/>
          <w:sz w:val="20"/>
          <w:highlight w:val="lightGray"/>
        </w:rPr>
        <w:t>[Einleitung, ein bis zwei persönliche Sätze]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3118"/>
        <w:gridCol w:w="4649"/>
        <w:gridCol w:w="1587"/>
      </w:tblGrid>
      <w:tr>
        <w:trPr>
          <w:cantSplit/>
          <w:tblHeader/>
        </w:trPr>
        <w:tc>
          <w:tcPr>
            <w:tcW w:type="dxa" w:w="3118"/>
          </w:tcPr>
          <w:p>
            <w:r>
              <w:rPr>
                <w:b/>
                <w:color w:val="78716C"/>
                <w:sz w:val="16"/>
              </w:rPr>
              <w:t>Leistung</w:t>
            </w:r>
          </w:p>
        </w:tc>
        <w:tc>
          <w:tcPr>
            <w:tcW w:type="dxa" w:w="4649"/>
          </w:tcPr>
          <w:p>
            <w:r>
              <w:rPr>
                <w:b/>
                <w:color w:val="78716C"/>
                <w:sz w:val="16"/>
              </w:rPr>
              <w:t>Umfang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Preis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[Paket]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[Termin, Dauer, Lieferweg]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[Preis]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[Position, z. B. Anfahrt bis 30 km]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</w:rPr>
              <w:t>–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</w:rPr>
              <w:t>inklusive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</w:rPr>
              <w:t xml:space="preserve">Option: </w:t>
            </w:r>
            <w:r>
              <w:rPr>
                <w:b w:val="0"/>
                <w:color w:val="1C1917"/>
                <w:sz w:val="18"/>
                <w:highlight w:val="lightGray"/>
              </w:rPr>
              <w:t>[Option]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[Umfang]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[Preis]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/>
                <w:color w:val="1C1917"/>
                <w:sz w:val="18"/>
              </w:rPr>
              <w:t>Gesamtpreis ohne Optionen</w:t>
            </w:r>
          </w:p>
        </w:tc>
        <w:tc>
          <w:tcPr>
            <w:tcW w:type="dxa" w:w="4649"/>
          </w:tcPr>
          <w:p/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[Gesamtpreis]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/>
                <w:color w:val="1C1917"/>
                <w:sz w:val="18"/>
              </w:rPr>
              <w:t>Gesamtpreis mit allen Optionen</w:t>
            </w:r>
          </w:p>
        </w:tc>
        <w:tc>
          <w:tcPr>
            <w:tcW w:type="dxa" w:w="4649"/>
          </w:tcPr>
          <w:p/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[Gesamtpreis]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Alle Preise sind Endpreise inkl. 19 % USt.</w:t>
      </w:r>
    </w:p>
    <w:p>
      <w:pPr>
        <w:spacing w:before="85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3118"/>
        <w:gridCol w:w="4649"/>
        <w:gridCol w:w="1587"/>
      </w:tblGrid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</w:rPr>
              <w:t>Anzahlung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</w:rPr>
              <w:t xml:space="preserve">fällig </w:t>
            </w:r>
            <w:r>
              <w:rPr>
                <w:b w:val="0"/>
                <w:color w:val="1C1917"/>
                <w:sz w:val="18"/>
                <w:highlight w:val="lightGray"/>
              </w:rPr>
              <w:t>[Frist]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</w:rPr>
              <w:t>Restzahlung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[Zeitpunkt]</w:t>
            </w:r>
          </w:p>
        </w:tc>
        <w:tc>
          <w:tcPr>
            <w:tcW w:type="dxa" w:w="1587"/>
          </w:tcPr>
          <w:p>
            <w:pPr>
              <w:jc w:val="right"/>
            </w:pPr>
          </w:p>
        </w:tc>
      </w:tr>
    </w:tbl>
    <w:p>
      <w:pPr>
        <w:spacing w:before="227" w:after="0"/>
      </w:pPr>
      <w:r>
        <w:rPr>
          <w:b w:val="0"/>
          <w:color w:val="1C1917"/>
          <w:sz w:val="20"/>
        </w:rPr>
        <w:t xml:space="preserve">Dieses Angebot gilt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>. Bis dahin halte ich euch den Termin frei.</w:t>
      </w:r>
    </w:p>
    <w:p>
      <w:pPr>
        <w:spacing w:before="85" w:after="0"/>
      </w:pPr>
      <w:r>
        <w:rPr>
          <w:b w:val="0"/>
          <w:color w:val="1C1917"/>
          <w:sz w:val="20"/>
        </w:rPr>
        <w:t xml:space="preserve">Mit eurer Zusage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gelten dieses Angebot und die beigefügten Vertragsbedingungen (Anlage). Danach schicke ich euch die Anzahlungsrechnung.</w:t>
      </w:r>
    </w:p>
    <w:p>
      <w:pPr>
        <w:spacing w:before="340" w:after="0"/>
      </w:pPr>
      <w:r>
        <w:rPr>
          <w:b w:val="0"/>
          <w:color w:val="1C1917"/>
          <w:sz w:val="20"/>
        </w:rPr>
        <w:t>Viele Grüße</w:t>
      </w:r>
    </w:p>
    <w:p>
      <w:pPr>
        <w:spacing w:before="340" w:after="0"/>
      </w:pPr>
      <w:r>
        <w:rPr>
          <w:b w:val="0"/>
          <w:color w:val="1C1917"/>
          <w:sz w:val="20"/>
          <w:highlight w:val="lightGray"/>
        </w:rPr>
        <w:t>[Vor- und Nachname]</w:t>
      </w:r>
    </w:p>
    <w:p>
      <w:pPr>
        <w:spacing w:before="0" w:after="0"/>
      </w:pPr>
      <w:r>
        <w:rPr>
          <w:b w:val="0"/>
          <w:color w:val="1C1917"/>
          <w:sz w:val="20"/>
          <w:highlight w:val="lightGray"/>
        </w:rPr>
        <w:t>[Studioname]</w:t>
      </w:r>
    </w:p>
    <w:p>
      <w:pPr>
        <w:sectPr>
          <w:footerReference w:type="default" r:id="rId9"/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B – Kleinunternehmer (§ 19 UStG)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Angebotsnummer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[z. B. AN-2026-031]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Datum des Angebots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Hochzeitsdatum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gültig bis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Angebot</w:t>
      </w:r>
    </w:p>
    <w:p>
      <w:pPr>
        <w:spacing w:before="0" w:after="170"/>
      </w:pPr>
      <w:r>
        <w:rPr>
          <w:b w:val="0"/>
          <w:color w:val="1C1917"/>
          <w:sz w:val="20"/>
          <w:highlight w:val="lightGray"/>
        </w:rPr>
        <w:t>[Einleitung, ein bis zwei persönliche Sätze]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3118"/>
        <w:gridCol w:w="4649"/>
        <w:gridCol w:w="1587"/>
      </w:tblGrid>
      <w:tr>
        <w:trPr>
          <w:cantSplit/>
          <w:tblHeader/>
        </w:trPr>
        <w:tc>
          <w:tcPr>
            <w:tcW w:type="dxa" w:w="3118"/>
          </w:tcPr>
          <w:p>
            <w:r>
              <w:rPr>
                <w:b/>
                <w:color w:val="78716C"/>
                <w:sz w:val="16"/>
              </w:rPr>
              <w:t>Leistung</w:t>
            </w:r>
          </w:p>
        </w:tc>
        <w:tc>
          <w:tcPr>
            <w:tcW w:type="dxa" w:w="4649"/>
          </w:tcPr>
          <w:p>
            <w:r>
              <w:rPr>
                <w:b/>
                <w:color w:val="78716C"/>
                <w:sz w:val="16"/>
              </w:rPr>
              <w:t>Umfang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Preis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[Paket]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[Termin, Dauer, Lieferweg]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[Preis]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[Position, z. B. Anfahrt bis 30 km]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</w:rPr>
              <w:t>–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</w:rPr>
              <w:t>inklusive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</w:rPr>
              <w:t xml:space="preserve">Option: </w:t>
            </w:r>
            <w:r>
              <w:rPr>
                <w:b w:val="0"/>
                <w:color w:val="1C1917"/>
                <w:sz w:val="18"/>
                <w:highlight w:val="lightGray"/>
              </w:rPr>
              <w:t>[Option]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[Umfang]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[Preis]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/>
                <w:color w:val="1C1917"/>
                <w:sz w:val="18"/>
              </w:rPr>
              <w:t>Gesamtpreis ohne Optionen</w:t>
            </w:r>
          </w:p>
        </w:tc>
        <w:tc>
          <w:tcPr>
            <w:tcW w:type="dxa" w:w="4649"/>
          </w:tcPr>
          <w:p/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[Gesamtpreis]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/>
                <w:color w:val="1C1917"/>
                <w:sz w:val="18"/>
              </w:rPr>
              <w:t>Gesamtpreis mit allen Optionen</w:t>
            </w:r>
          </w:p>
        </w:tc>
        <w:tc>
          <w:tcPr>
            <w:tcW w:type="dxa" w:w="4649"/>
          </w:tcPr>
          <w:p/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[Gesamtpreis]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Für diese Leistung gilt die Steuerbefreiung für Kleinunternehmer (§ 19 UStG).</w:t>
      </w:r>
    </w:p>
    <w:p>
      <w:pPr>
        <w:spacing w:before="85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3118"/>
        <w:gridCol w:w="4649"/>
        <w:gridCol w:w="1587"/>
      </w:tblGrid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</w:rPr>
              <w:t>Anzahlung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</w:rPr>
              <w:t xml:space="preserve">fällig </w:t>
            </w:r>
            <w:r>
              <w:rPr>
                <w:b w:val="0"/>
                <w:color w:val="1C1917"/>
                <w:sz w:val="18"/>
                <w:highlight w:val="lightGray"/>
              </w:rPr>
              <w:t>[Frist]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</w:rPr>
              <w:t>Restzahlung</w:t>
            </w:r>
          </w:p>
        </w:tc>
        <w:tc>
          <w:tcPr>
            <w:tcW w:type="dxa" w:w="4649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[Zeitpunkt]</w:t>
            </w:r>
          </w:p>
        </w:tc>
        <w:tc>
          <w:tcPr>
            <w:tcW w:type="dxa" w:w="1587"/>
          </w:tcPr>
          <w:p>
            <w:pPr>
              <w:jc w:val="right"/>
            </w:pPr>
          </w:p>
        </w:tc>
      </w:tr>
    </w:tbl>
    <w:p>
      <w:pPr>
        <w:spacing w:before="227" w:after="0"/>
      </w:pPr>
      <w:r>
        <w:rPr>
          <w:b w:val="0"/>
          <w:color w:val="1C1917"/>
          <w:sz w:val="20"/>
        </w:rPr>
        <w:t xml:space="preserve">Dieses Angebot gilt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>. Bis dahin halte ich euch den Termin frei.</w:t>
      </w:r>
    </w:p>
    <w:p>
      <w:pPr>
        <w:spacing w:before="85" w:after="0"/>
      </w:pPr>
      <w:r>
        <w:rPr>
          <w:b w:val="0"/>
          <w:color w:val="1C1917"/>
          <w:sz w:val="20"/>
        </w:rPr>
        <w:t xml:space="preserve">Mit eurer Zusage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gelten dieses Angebot und die beigefügten Vertragsbedingungen (Anlage). Danach schicke ich euch die Anzahlungsrechnung.</w:t>
      </w:r>
    </w:p>
    <w:p>
      <w:pPr>
        <w:spacing w:before="340" w:after="0"/>
      </w:pPr>
      <w:r>
        <w:rPr>
          <w:b w:val="0"/>
          <w:color w:val="1C1917"/>
          <w:sz w:val="20"/>
        </w:rPr>
        <w:t>Viele Grüße</w:t>
      </w:r>
    </w:p>
    <w:p>
      <w:pPr>
        <w:spacing w:before="340" w:after="0"/>
      </w:pPr>
      <w:r>
        <w:rPr>
          <w:b w:val="0"/>
          <w:color w:val="1C1917"/>
          <w:sz w:val="20"/>
          <w:highlight w:val="lightGray"/>
        </w:rPr>
        <w:t>[Vor- und Nachname]</w:t>
      </w:r>
    </w:p>
    <w:p>
      <w:pPr>
        <w:spacing w:before="0" w:after="0"/>
      </w:pPr>
      <w:r>
        <w:rPr>
          <w:b w:val="0"/>
          <w:color w:val="1C1917"/>
          <w:sz w:val="20"/>
          <w:highlight w:val="lightGray"/>
        </w:rPr>
        <w:t>[Studioname]</w:t>
      </w:r>
    </w:p>
    <w:sectPr w:rsidR="00FC693F" w:rsidRPr="0006063C" w:rsidSect="00034616">
      <w:pgSz w:w="11906" w:h="16838"/>
      <w:pgMar w:top="1134" w:right="1134" w:bottom="1134" w:left="141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sicht.app/ratgeber/angebot-schreiben-vorlage/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für Hochzeitsdienstleister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